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Solicitud de cancelación de semestre universitario</w:t>
      </w:r>
    </w:p>
    <w:p>
      <w:pPr>
        <w:spacing w:before="0" w:after="360"/>
      </w:pPr>
      <w:r>
        <w:rPr>
          <w:rFonts w:ascii="Arial" w:hAnsi="Arial"/>
          <w:b w:val="0"/>
          <w:sz w:val="22"/>
        </w:rPr>
        <w:t>[Ciudad], [día] de [mes] de [año]</w:t>
      </w:r>
    </w:p>
    <w:p>
      <w:pPr>
        <w:spacing w:before="0" w:after="0"/>
      </w:pPr>
      <w:r>
        <w:rPr>
          <w:rFonts w:ascii="Arial" w:hAnsi="Arial"/>
          <w:b/>
          <w:sz w:val="22"/>
        </w:rPr>
        <w:t>Señores</w:t>
      </w:r>
    </w:p>
    <w:p>
      <w:pPr>
        <w:spacing w:before="0" w:after="0"/>
      </w:pPr>
      <w:r>
        <w:rPr>
          <w:rFonts w:ascii="Arial" w:hAnsi="Arial"/>
          <w:b/>
          <w:sz w:val="22"/>
        </w:rPr>
        <w:t>[Nombre de la universidad]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[Dependencia responsable: Registro Académico / Facultad / Programa]</w:t>
      </w:r>
    </w:p>
    <w:p>
      <w:pPr>
        <w:spacing w:before="0" w:after="360"/>
      </w:pPr>
      <w:r>
        <w:rPr>
          <w:rFonts w:ascii="Arial" w:hAnsi="Arial"/>
          <w:b w:val="0"/>
          <w:sz w:val="22"/>
        </w:rPr>
        <w:t>[Ciudad]</w:t>
      </w:r>
    </w:p>
    <w:p>
      <w:pPr>
        <w:spacing w:after="360"/>
      </w:pPr>
      <w:r>
        <w:rPr>
          <w:rFonts w:ascii="Arial" w:hAnsi="Arial"/>
          <w:b/>
        </w:rPr>
        <w:t xml:space="preserve">Asunto: </w:t>
      </w:r>
      <w:r>
        <w:rPr>
          <w:rFonts w:ascii="Arial" w:hAnsi="Arial"/>
        </w:rPr>
        <w:t>Solicitud de cancelación del período académico [indique período]</w:t>
      </w:r>
    </w:p>
    <w:p>
      <w:pPr>
        <w:spacing w:before="0" w:after="240"/>
      </w:pPr>
      <w:r>
        <w:rPr>
          <w:rFonts w:ascii="Arial" w:hAnsi="Arial"/>
          <w:b w:val="0"/>
          <w:sz w:val="22"/>
        </w:rPr>
        <w:t>Respetados señores:</w:t>
      </w:r>
    </w:p>
    <w:p>
      <w:pPr>
        <w:spacing w:before="0" w:after="240"/>
      </w:pPr>
      <w:r>
        <w:rPr>
          <w:rFonts w:ascii="Arial" w:hAnsi="Arial"/>
          <w:b w:val="0"/>
          <w:sz w:val="22"/>
        </w:rPr>
        <w:t>Yo, [nombres y apellidos completos], identificado(a) con [tipo y número de documento de identidad], estudiante con código [código estudiantil] del programa [nombre del programa académico], solicito respetuosamente la cancelación del período académico [indique período académico].</w:t>
      </w:r>
    </w:p>
    <w:p>
      <w:pPr>
        <w:spacing w:before="0" w:after="120"/>
      </w:pPr>
      <w:r>
        <w:rPr>
          <w:rFonts w:ascii="Arial" w:hAnsi="Arial"/>
          <w:b w:val="0"/>
          <w:sz w:val="22"/>
        </w:rPr>
        <w:t>La presente solicitud se fundamenta en el siguiente motivo:</w:t>
      </w:r>
    </w:p>
    <w:p>
      <w:pPr>
        <w:spacing w:before="0" w:after="240"/>
      </w:pPr>
      <w:r>
        <w:rPr>
          <w:rFonts w:ascii="Arial" w:hAnsi="Arial"/>
          <w:b w:val="0"/>
          <w:sz w:val="22"/>
        </w:rPr>
        <w:t>[Explique de manera clara y breve el motivo de la solicitud. Si corresponde, mencione los documentos que respaldan la situación.]</w:t>
      </w:r>
    </w:p>
    <w:p>
      <w:pPr>
        <w:spacing w:before="0" w:after="240"/>
      </w:pPr>
      <w:r>
        <w:rPr>
          <w:rFonts w:ascii="Arial" w:hAnsi="Arial"/>
          <w:b w:val="0"/>
          <w:sz w:val="22"/>
        </w:rPr>
        <w:t>Agradezco confirmar la recepción de esta solicitud e informarme la decisión adoptada, los pasos que deban seguirse y las condiciones, requisitos o fechas aplicables para un eventual reingreso.</w:t>
      </w:r>
    </w:p>
    <w:p>
      <w:pPr>
        <w:spacing w:before="0" w:after="120"/>
      </w:pPr>
      <w:r>
        <w:rPr>
          <w:rFonts w:ascii="Arial" w:hAnsi="Arial"/>
          <w:b w:val="0"/>
          <w:sz w:val="22"/>
        </w:rPr>
        <w:t>Adjunto los documentos que respaldan mi solicitud:</w:t>
      </w:r>
    </w:p>
    <w:p>
      <w:pPr>
        <w:spacing w:before="0" w:after="360"/>
      </w:pPr>
      <w:r>
        <w:rPr>
          <w:rFonts w:ascii="Arial" w:hAnsi="Arial"/>
          <w:b w:val="0"/>
          <w:sz w:val="22"/>
        </w:rPr>
        <w:t>[Relacione los anexos, por ejemplo: certificado médico, soporte económico, copia del documento de identidad u otros documentos requeridos.]</w:t>
      </w:r>
    </w:p>
    <w:p>
      <w:pPr>
        <w:spacing w:before="0" w:after="720"/>
      </w:pPr>
      <w:r>
        <w:rPr>
          <w:rFonts w:ascii="Arial" w:hAnsi="Arial"/>
          <w:b w:val="0"/>
          <w:sz w:val="22"/>
        </w:rPr>
        <w:t>Cordialmente,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__________________________________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[Nombres y apellidos completos]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Identificación: [tipo y número de documento]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Código estudiantil: [código]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Programa académico: [nombre del programa]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Teléfono: [número de contacto]</w:t>
      </w:r>
    </w:p>
    <w:p>
      <w:pPr>
        <w:spacing w:before="0" w:after="0"/>
      </w:pPr>
      <w:r>
        <w:rPr>
          <w:rFonts w:ascii="Arial" w:hAnsi="Arial"/>
          <w:b w:val="0"/>
          <w:sz w:val="22"/>
        </w:rPr>
        <w:t>Correo electrónico: [correo electrónico]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cancelación de semestre universitario</dc:title>
  <dc:subject>Plantilla de carta para solicitud de cancelación de semestre universitario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