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Referencia personal para trabajo</w:t>
      </w:r>
    </w:p>
    <w:p>
      <w:pPr>
        <w:jc w:val="center"/>
      </w:pPr>
      <w:r>
        <w:rPr>
          <w:i/>
        </w:rPr>
        <w:t>Plantilla general editable</w:t>
      </w:r>
    </w:p>
    <w:p>
      <w:r>
        <w:t>Use esta plantilla para acreditar una relación personal y cualidades observables. No la use para describir funciones, resultados o desempeño laboral: en ese caso corresponde una referencia laboral.</w:t>
      </w:r>
    </w:p>
    <w:p>
      <w:pPr>
        <w:spacing w:after="100"/>
      </w:pPr>
      <w:r>
        <w:rPr>
          <w:b/>
        </w:rPr>
        <w:t xml:space="preserve">Ciudad y fecha: </w:t>
      </w:r>
      <w:r>
        <w:t>________________________________________________________________</w:t>
      </w:r>
    </w:p>
    <w:p>
      <w:pPr>
        <w:spacing w:after="100"/>
      </w:pPr>
      <w:r>
        <w:rPr>
          <w:b/>
        </w:rPr>
        <w:t xml:space="preserve">Nombre de quien recibe la carta (opcional): </w:t>
      </w:r>
      <w:r>
        <w:t>________________________________________________________________</w:t>
      </w:r>
    </w:p>
    <w:p>
      <w:r>
        <w:rPr>
          <w:b/>
        </w:rPr>
        <w:t>A quien corresponda:</w:t>
      </w:r>
    </w:p>
    <w:p>
      <w:r>
        <w:rPr>
          <w:b/>
        </w:rPr>
        <w:t xml:space="preserve">Yo, </w:t>
      </w:r>
      <w:r>
        <w:t>________________________________________</w:t>
      </w:r>
      <w:r>
        <w:t xml:space="preserve">, identificado(a) con documento de identidad No. </w:t>
      </w:r>
      <w:r>
        <w:t>________________________________________</w:t>
      </w:r>
      <w:r>
        <w:t xml:space="preserve">, manifiesto que conozco personalmente a </w:t>
      </w:r>
      <w:r>
        <w:t>________________________________________</w:t>
      </w:r>
      <w:r>
        <w:t xml:space="preserve"> desde hace </w:t>
      </w:r>
      <w:r>
        <w:t>____________</w:t>
      </w:r>
      <w:r>
        <w:t xml:space="preserve"> años, en calidad de </w:t>
      </w:r>
      <w:r>
        <w:t>________________________________________</w:t>
      </w:r>
      <w:r>
        <w:t>.</w:t>
      </w:r>
    </w:p>
    <w:p>
      <w:r>
        <w:rPr>
          <w:b/>
        </w:rPr>
        <w:t xml:space="preserve">Durante este tiempo he podido conocerle como una persona </w:t>
      </w:r>
      <w:r>
        <w:t>________________________________________</w:t>
      </w:r>
      <w:r>
        <w:t xml:space="preserve">, </w:t>
      </w:r>
      <w:r>
        <w:t>________________________________________</w:t>
      </w:r>
      <w:r>
        <w:t xml:space="preserve"> y </w:t>
      </w:r>
      <w:r>
        <w:t>________________________________________</w:t>
      </w:r>
      <w:r>
        <w:t xml:space="preserve">. Un hecho que ilustra estas cualidades es: </w:t>
      </w:r>
      <w:r>
        <w:rPr>
          <w:u w:val="single"/>
        </w:rPr>
        <w:t>________________________________________________________________________________</w:t>
      </w:r>
    </w:p>
    <w:p>
      <w:r>
        <w:rPr>
          <w:i/>
        </w:rPr>
        <w:t>Por lo anterior, puedo dar fe de su buen carácter y de la relación personal descrita. Esta referencia se expide a solicitud de la persona interesada para los fines que estime pertinentes.</w:t>
      </w:r>
    </w:p>
    <w:p>
      <w:pPr>
        <w:spacing w:before="200"/>
      </w:pPr>
      <w:r>
        <w:t>Atentamente,</w:t>
      </w:r>
    </w:p>
    <w:p>
      <w:r>
        <w:br/>
        <w:br/>
        <w:t>________________________________________</w:t>
      </w:r>
    </w:p>
    <w:p>
      <w:pPr>
        <w:spacing w:after="100"/>
      </w:pPr>
      <w:r>
        <w:rPr>
          <w:b/>
        </w:rPr>
        <w:t xml:space="preserve">Nombre completo de quien firma: </w:t>
      </w:r>
      <w:r>
        <w:t>________________________________________________________________</w:t>
      </w:r>
    </w:p>
    <w:p>
      <w:pPr>
        <w:spacing w:after="100"/>
      </w:pPr>
      <w:r>
        <w:rPr>
          <w:b/>
        </w:rPr>
        <w:t xml:space="preserve">Documento de identidad: </w:t>
      </w:r>
      <w:r>
        <w:t>________________________________________________________________</w:t>
      </w:r>
    </w:p>
    <w:p>
      <w:pPr>
        <w:spacing w:after="100"/>
      </w:pPr>
      <w:r>
        <w:rPr>
          <w:b/>
        </w:rPr>
        <w:t xml:space="preserve">Teléfono: </w:t>
      </w:r>
      <w:r>
        <w:t>________________________________________________________________</w:t>
      </w:r>
    </w:p>
    <w:p>
      <w:pPr>
        <w:spacing w:after="100"/>
      </w:pPr>
      <w:r>
        <w:rPr>
          <w:b/>
        </w:rPr>
        <w:t xml:space="preserve">Correo electrónico: </w:t>
      </w:r>
      <w:r>
        <w:t>________________________________________________________________</w:t>
      </w:r>
    </w:p>
    <w:p>
      <w:pPr>
        <w:pStyle w:val="Heading1"/>
      </w:pPr>
      <w:r>
        <w:t>Notas para adaptar</w:t>
      </w:r>
    </w:p>
    <w:p>
      <w:r>
        <w:t>• Relación: indique una relación real y verificable, por ejemplo, amigo(a), vecino(a), docente o conocido(a). Siga el requisito de la entidad si no admite familiares.</w:t>
      </w:r>
    </w:p>
    <w:p>
      <w:r>
        <w:t>• Cualidades: elija dos o tres que haya observado y respáldelas con un hecho breve. Evite afirmaciones que no pueda comprobar.</w:t>
      </w:r>
    </w:p>
    <w:p>
      <w:r>
        <w:t>• Firma y contacto: pida autorización antes de compartir los datos de contacto. Revise que estén actualizados.</w:t>
      </w:r>
    </w:p>
    <w:sectPr w:rsidR="00FC693F" w:rsidRPr="0006063C" w:rsidSect="00034616">
      <w:footerReference w:type="default" r:id="rId9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Plantilla de referencia personal para trabajo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referencia personal para trabajo</dc:title>
  <dc:subject/>
  <dc:creator>ColConectada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