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0" w:before="0" w:line="252" w:lineRule="auto"/>
        <w:jc w:val="center"/>
      </w:pPr>
      <w:r>
        <w:rPr>
          <w:rFonts w:ascii="Arial" w:hAnsi="Arial"/>
          <w:b/>
          <w:i w:val="0"/>
          <w:sz w:val="30"/>
        </w:rPr>
        <w:t>PAGARÉ</w:t>
      </w:r>
    </w:p>
    <w:p>
      <w:pPr>
        <w:spacing w:after="180" w:before="0" w:line="252" w:lineRule="auto"/>
        <w:jc w:val="center"/>
      </w:pPr>
      <w:r>
        <w:rPr>
          <w:rFonts w:ascii="Arial" w:hAnsi="Arial"/>
          <w:b w:val="0"/>
          <w:i/>
          <w:sz w:val="19"/>
        </w:rPr>
        <w:t>Formato orientativo para Colombia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Número de pagaré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Lugar y fecha de emisión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Suscriptor o deudor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Nombre completo: ____________________________________________________________</w:t>
              <w:br/>
              <w:t>Identificación: 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Beneficiario o acreedor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Nombre completo: ____________________________________________________________</w:t>
              <w:br/>
              <w:t>Identificación: 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Valor en números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$ ____________________________________________________________ COP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Valor en letras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____________________________________________________________</w:t>
            </w:r>
          </w:p>
        </w:tc>
      </w:tr>
    </w:tbl>
    <w:p>
      <w:pPr>
        <w:spacing w:after="60" w:before="160" w:line="252" w:lineRule="auto"/>
      </w:pPr>
      <w:r>
        <w:rPr>
          <w:rFonts w:ascii="Arial" w:hAnsi="Arial"/>
          <w:b/>
          <w:i w:val="0"/>
          <w:sz w:val="20"/>
        </w:rPr>
        <w:t>PROMESA INCONDICIONAL DE PAGO</w:t>
      </w:r>
    </w:p>
    <w:p>
      <w:pPr>
        <w:spacing w:after="0" w:line="252" w:lineRule="auto" w:before="0"/>
      </w:pPr>
      <w:r>
        <w:rPr>
          <w:rFonts w:ascii="Arial" w:hAnsi="Arial"/>
          <w:b w:val="0"/>
          <w:i w:val="0"/>
          <w:sz w:val="20"/>
        </w:rPr>
        <w:t>Yo, en calidad de suscriptor o deudor identificado anteriormente, prometo pagar de manera incondicional al beneficiario o acreedor, o a su orden, la suma indicada en este pagaré. El pago se realizará conforme a las condiciones de vencimiento y lugar o medio de pago que se señalan a continuación.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Fecha o modalidad de vencimiento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Lugar o medio de pago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shd w:fill="EDEDED"/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/>
                <w:i w:val="0"/>
                <w:sz w:val="18"/>
              </w:rPr>
              <w:t>Intereses (opcional)</w:t>
            </w:r>
          </w:p>
        </w:tc>
        <w:tc>
          <w:tcPr>
            <w:tcW w:type="dxa" w:w="62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No se pactan intereses.  /  Se pactan intereses (opcional): ____________________________________________________________</w:t>
              <w:br/>
              <w:t>La tasa y cualquier cobro deberán ajustarse a la ley aplicable.</w:t>
            </w:r>
          </w:p>
        </w:tc>
      </w:tr>
    </w:tbl>
    <w:p>
      <w:pPr>
        <w:spacing w:after="60" w:before="160" w:line="252" w:lineRule="auto"/>
      </w:pPr>
      <w:r>
        <w:rPr>
          <w:rFonts w:ascii="Arial" w:hAnsi="Arial"/>
          <w:b/>
          <w:i w:val="0"/>
          <w:sz w:val="20"/>
        </w:rPr>
        <w:t>FIRMA DEL SUSCRIPTOR O DEUDOR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tcMar>
              <w:top w:w="130" w:type="dxa"/>
              <w:start w:w="110" w:type="dxa"/>
              <w:bottom w:w="13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2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Nombre: ____________________________________________________________</w:t>
            </w:r>
          </w:p>
          <w:p>
            <w:pPr>
              <w:spacing w:after="2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Identificación: ____________________________________________________________</w:t>
            </w:r>
          </w:p>
          <w:p>
            <w:pPr>
              <w:spacing w:after="2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Firma: ______________________________</w:t>
            </w:r>
          </w:p>
        </w:tc>
      </w:tr>
    </w:tbl>
    <w:p>
      <w:pPr>
        <w:spacing w:after="60" w:before="160" w:line="252" w:lineRule="auto"/>
      </w:pPr>
      <w:r>
        <w:rPr>
          <w:rFonts w:ascii="Arial" w:hAnsi="Arial"/>
          <w:b/>
          <w:i w:val="0"/>
          <w:sz w:val="20"/>
        </w:rPr>
        <w:t>AVAL (OPCIONAL)</w:t>
      </w:r>
    </w:p>
    <w:p>
      <w:pPr>
        <w:spacing w:after="60" w:before="0" w:line="252" w:lineRule="auto"/>
      </w:pPr>
      <w:r>
        <w:rPr>
          <w:rFonts w:ascii="Arial" w:hAnsi="Arial"/>
          <w:b w:val="0"/>
          <w:i w:val="0"/>
          <w:sz w:val="18"/>
        </w:rPr>
        <w:t>Quien firma a continuación, si se completa este apartado, manifiesta que otorga aval respecto de las obligaciones respaldadas por este pagaré, en los términos que permita la ley aplicable.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after="2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Nombre: ____________________________________________________________</w:t>
            </w:r>
          </w:p>
          <w:p>
            <w:pPr>
              <w:spacing w:after="2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Identificación: ____________________________________________________________</w:t>
            </w:r>
          </w:p>
          <w:p>
            <w:pPr>
              <w:spacing w:after="20" w:before="0" w:line="252" w:lineRule="auto"/>
            </w:pPr>
            <w:r>
              <w:rPr>
                <w:rFonts w:ascii="Arial" w:hAnsi="Arial"/>
                <w:b w:val="0"/>
                <w:i w:val="0"/>
                <w:sz w:val="19"/>
              </w:rPr>
              <w:t>Firma: ______________________________</w:t>
            </w:r>
          </w:p>
        </w:tc>
      </w:tr>
    </w:tbl>
    <w:p>
      <w:pPr>
        <w:spacing w:before="0" w:after="0" w:line="252" w:lineRule="auto"/>
      </w:pPr>
      <w:r>
        <w:rPr>
          <w:rFonts w:ascii="Arial" w:hAnsi="Arial"/>
          <w:b w:val="0"/>
          <w:i/>
          <w:sz w:val="16"/>
        </w:rPr>
        <w:t>Aviso: Este es un formato orientativo para Colombia y no sustituye asesoría jurídica. Antes de firmarlo o usarlo en una situación concreta, verifique que sus condiciones correspondan a la operación y a la normativa aplicable.</w:t>
      </w:r>
    </w:p>
    <w:sectPr w:rsidR="00FC693F" w:rsidRPr="0006063C" w:rsidSect="00034616">
      <w:footerReference w:type="default" r:id="rId9"/>
      <w:pgSz w:w="12240" w:h="15840"/>
      <w:pgMar w:top="935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 w:line="252" w:lineRule="auto"/>
      <w:jc w:val="center"/>
    </w:pPr>
    <w:r>
      <w:rPr>
        <w:rFonts w:ascii="Arial" w:hAnsi="Arial"/>
        <w:b w:val="0"/>
        <w:i/>
        <w:sz w:val="15"/>
      </w:rPr>
      <w:t>Pagaré - formato orientativo para Colombia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/>
  </w:style>
  <w:style w:type="character" w:customStyle="1" w:styleId="HeaderChar">
    <w:name w:val="Header Char"/>
    <w:basedOn w:val="DefaultParagraphFont"/>
    <w:link w:val="Header"/>
    <w:uiPriority w:val="99"/>
    <w:rsid w:val="00E618BF"/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/>
  </w:style>
  <w:style w:type="character" w:customStyle="1" w:styleId="FooterChar">
    <w:name w:val="Footer Char"/>
    <w:basedOn w:val="DefaultParagraphFont"/>
    <w:link w:val="Footer"/>
    <w:uiPriority w:val="99"/>
    <w:rsid w:val="00E618BF"/>
    <w:rPr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/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/>
  </w:style>
  <w:style w:type="character" w:customStyle="1" w:styleId="BodyTextChar">
    <w:name w:val="Body Text Char"/>
    <w:basedOn w:val="DefaultParagraphFont"/>
    <w:link w:val="BodyText"/>
    <w:uiPriority w:val="99"/>
    <w:rsid w:val="00AA1D8D"/>
    <w:rPr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/>
  </w:style>
  <w:style w:type="character" w:customStyle="1" w:styleId="BodyText2Char">
    <w:name w:val="Body Text 2 Char"/>
    <w:basedOn w:val="DefaultParagraphFont"/>
    <w:link w:val="BodyText2"/>
    <w:uiPriority w:val="99"/>
    <w:rsid w:val="00AA1D8D"/>
    <w:rPr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/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/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04040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Pagaré en Colombia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