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" w:hAnsi="Aptos"/>
          <w:b/>
          <w:color w:val="000000"/>
          <w:sz w:val="40"/>
        </w:rPr>
        <w:t>Plantilla de carta de presentación sin experiencia</w:t>
      </w:r>
    </w:p>
    <w:p>
      <w:pPr>
        <w:spacing w:after="240"/>
      </w:pPr>
      <w:r>
        <w:rPr>
          <w:rFonts w:ascii="Aptos" w:hAnsi="Aptos"/>
          <w:b w:val="0"/>
          <w:sz w:val="21"/>
        </w:rPr>
        <w:t xml:space="preserve">Completa los campos entre corchetes y adapta el contenido a cada vacante. </w:t>
      </w:r>
      <w:r>
        <w:rPr>
          <w:rFonts w:ascii="Aptos" w:hAnsi="Aptos"/>
          <w:b/>
          <w:sz w:val="21"/>
        </w:rPr>
        <w:t>No envíes la misma carta sin personalizar.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8352"/>
      </w:tblGrid>
      <w:tr>
        <w:tc>
          <w:tcPr>
            <w:tcW w:type="dxa" w:w="4939"/>
            <w:shd w:fill="EAF2F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sz w:val="19"/>
              </w:rPr>
              <w:t>Antes de enviar</w:t>
            </w:r>
          </w:p>
        </w:tc>
        <w:tc>
          <w:tcPr>
            <w:tcW w:type="dxa" w:w="4939"/>
            <w:shd w:fill="EAF2F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sz w:val="19"/>
              </w:rPr>
              <w:t>Revisa que el cargo, la empresa y tus habilidades coincidan con la oferta.</w:t>
            </w:r>
          </w:p>
        </w:tc>
      </w:tr>
    </w:tbl>
    <w:p>
      <w:pPr>
        <w:spacing w:after="60"/>
      </w:pPr>
    </w:p>
    <w:p>
      <w:pPr>
        <w:spacing w:after="100" w:line="259" w:lineRule="auto"/>
      </w:pPr>
      <w:r>
        <w:rPr>
          <w:rFonts w:ascii="Aptos" w:hAnsi="Aptos"/>
          <w:b/>
          <w:color w:val="3F6184"/>
          <w:sz w:val="21"/>
        </w:rPr>
        <w:t>[NOMBRE COMPLETO]</w:t>
      </w:r>
    </w:p>
    <w:p>
      <w:pPr>
        <w:spacing w:after="100" w:line="259" w:lineRule="auto"/>
      </w:pPr>
      <w:r>
        <w:rPr>
          <w:rFonts w:ascii="Aptos" w:hAnsi="Aptos"/>
          <w:b w:val="0"/>
          <w:color w:val="3F6184"/>
          <w:sz w:val="21"/>
        </w:rPr>
        <w:t>[Ciudad] | [Teléfono] | [Correo electrónico]</w:t>
      </w:r>
    </w:p>
    <w:p>
      <w:pPr>
        <w:spacing w:after="40" w:line="259" w:lineRule="auto"/>
      </w:pPr>
    </w:p>
    <w:p>
      <w:pPr>
        <w:spacing w:after="100" w:line="259" w:lineRule="auto"/>
      </w:pPr>
      <w:r>
        <w:rPr>
          <w:rFonts w:ascii="Aptos" w:hAnsi="Aptos"/>
          <w:b w:val="0"/>
          <w:color w:val="3F6184"/>
          <w:sz w:val="21"/>
        </w:rPr>
        <w:t>[Fecha]</w:t>
      </w:r>
    </w:p>
    <w:p>
      <w:pPr>
        <w:spacing w:after="40" w:line="259" w:lineRule="auto"/>
      </w:pPr>
    </w:p>
    <w:p>
      <w:pPr>
        <w:spacing w:after="100" w:line="259" w:lineRule="auto"/>
      </w:pPr>
      <w:r>
        <w:rPr>
          <w:rFonts w:ascii="Aptos" w:hAnsi="Aptos"/>
          <w:b w:val="0"/>
          <w:color w:val="3F6184"/>
          <w:sz w:val="21"/>
        </w:rPr>
        <w:t>[Nombre de la empresa]</w:t>
      </w:r>
    </w:p>
    <w:p>
      <w:pPr>
        <w:spacing w:after="100" w:line="259" w:lineRule="auto"/>
      </w:pPr>
      <w:r>
        <w:rPr>
          <w:rFonts w:ascii="Aptos" w:hAnsi="Aptos"/>
          <w:b w:val="0"/>
          <w:color w:val="3F6184"/>
          <w:sz w:val="21"/>
        </w:rPr>
        <w:t>[Nombre del responsable de selección, si lo conoces]</w:t>
      </w:r>
    </w:p>
    <w:p>
      <w:pPr>
        <w:spacing w:after="40" w:line="259" w:lineRule="auto"/>
      </w:pPr>
    </w:p>
    <w:p>
      <w:pPr>
        <w:spacing w:after="100" w:line="259" w:lineRule="auto"/>
      </w:pPr>
      <w:r>
        <w:rPr>
          <w:rFonts w:ascii="Aptos" w:hAnsi="Aptos"/>
          <w:b/>
          <w:color w:val="3F6184"/>
          <w:sz w:val="21"/>
        </w:rPr>
        <w:t>Asunto: Postulación al cargo de [nombre del cargo]</w:t>
      </w:r>
    </w:p>
    <w:p>
      <w:pPr>
        <w:spacing w:after="40" w:line="259" w:lineRule="auto"/>
      </w:pPr>
    </w:p>
    <w:p>
      <w:pPr>
        <w:spacing w:after="100" w:line="259" w:lineRule="auto"/>
      </w:pPr>
      <w:r>
        <w:rPr>
          <w:rFonts w:ascii="Aptos" w:hAnsi="Aptos"/>
          <w:b w:val="0"/>
          <w:color w:val="3F6184"/>
          <w:sz w:val="21"/>
        </w:rPr>
        <w:t>Estimado/a [nombre del responsable o equipo de selección]:</w:t>
      </w:r>
    </w:p>
    <w:p>
      <w:pPr>
        <w:spacing w:after="40" w:line="259" w:lineRule="auto"/>
      </w:pPr>
    </w:p>
    <w:p>
      <w:pPr>
        <w:spacing w:after="100" w:line="259" w:lineRule="auto"/>
      </w:pPr>
      <w:r>
        <w:rPr>
          <w:rFonts w:ascii="Aptos" w:hAnsi="Aptos"/>
          <w:b w:val="0"/>
          <w:color w:val="3F6184"/>
          <w:sz w:val="21"/>
        </w:rPr>
        <w:t>Me postulo al cargo de [nombre del cargo], publicado en [plataforma, página web o fuente]. Actualmente cuento con formación en [carrera, curso, técnica o área de estudio] y deseo iniciar mi trayectoria profesional en el área de [área relacionada con el cargo].</w:t>
      </w:r>
    </w:p>
    <w:p>
      <w:pPr>
        <w:spacing w:after="40" w:line="259" w:lineRule="auto"/>
      </w:pPr>
    </w:p>
    <w:p>
      <w:pPr>
        <w:spacing w:after="100" w:line="259" w:lineRule="auto"/>
      </w:pPr>
      <w:r>
        <w:rPr>
          <w:rFonts w:ascii="Aptos" w:hAnsi="Aptos"/>
          <w:b w:val="0"/>
          <w:color w:val="3F6184"/>
          <w:sz w:val="21"/>
        </w:rPr>
        <w:t>Aunque aún no tengo experiencia laboral formal, durante [estudios, proyecto académico, práctica, voluntariado o actividad] desarrollé habilidades en [habilidad 1], [habilidad 2] y [habilidad 3]. Por ejemplo, [menciona una tarea, proyecto o resultado concreto].</w:t>
      </w:r>
    </w:p>
    <w:p>
      <w:pPr>
        <w:spacing w:after="40" w:line="259" w:lineRule="auto"/>
      </w:pPr>
    </w:p>
    <w:p>
      <w:pPr>
        <w:spacing w:after="100" w:line="259" w:lineRule="auto"/>
      </w:pPr>
      <w:r>
        <w:rPr>
          <w:rFonts w:ascii="Aptos" w:hAnsi="Aptos"/>
          <w:b w:val="0"/>
          <w:color w:val="3F6184"/>
          <w:sz w:val="21"/>
        </w:rPr>
        <w:t>Me interesa esta oportunidad en [nombre de la empresa] porque [razón concreta relacionada con la empresa o la vacante]. Considero que mi disposición para aprender, mi responsabilidad y mis conocimientos en [competencia relevante] pueden aportar al equipo.</w:t>
      </w:r>
    </w:p>
    <w:p>
      <w:pPr>
        <w:spacing w:after="40" w:line="259" w:lineRule="auto"/>
      </w:pPr>
    </w:p>
    <w:p>
      <w:pPr>
        <w:spacing w:after="100" w:line="259" w:lineRule="auto"/>
      </w:pPr>
      <w:r>
        <w:rPr>
          <w:rFonts w:ascii="Aptos" w:hAnsi="Aptos"/>
          <w:b w:val="0"/>
          <w:sz w:val="21"/>
        </w:rPr>
        <w:t>Agradezco su tiempo y consideración. Quedo disponible para ampliar la información sobre mi perfil en una entrevista.</w:t>
      </w:r>
    </w:p>
    <w:p>
      <w:pPr>
        <w:spacing w:after="40" w:line="259" w:lineRule="auto"/>
      </w:pPr>
    </w:p>
    <w:p>
      <w:pPr>
        <w:spacing w:after="100" w:line="259" w:lineRule="auto"/>
      </w:pPr>
      <w:r>
        <w:rPr>
          <w:rFonts w:ascii="Aptos" w:hAnsi="Aptos"/>
          <w:b w:val="0"/>
          <w:sz w:val="21"/>
        </w:rPr>
        <w:t>Cordialmente,</w:t>
      </w:r>
    </w:p>
    <w:p>
      <w:pPr>
        <w:spacing w:after="40" w:line="259" w:lineRule="auto"/>
      </w:pPr>
    </w:p>
    <w:p>
      <w:pPr>
        <w:spacing w:after="100" w:line="259" w:lineRule="auto"/>
      </w:pPr>
      <w:r>
        <w:rPr>
          <w:rFonts w:ascii="Aptos" w:hAnsi="Aptos"/>
          <w:b/>
          <w:color w:val="3F6184"/>
          <w:sz w:val="21"/>
        </w:rPr>
        <w:t>[NOMBRE COMPLETO]</w:t>
      </w:r>
    </w:p>
    <w:p>
      <w:pPr>
        <w:spacing w:after="0"/>
      </w:pPr>
    </w:p>
    <w:p>
      <w:pPr>
        <w:spacing w:before="140" w:after="0"/>
      </w:pPr>
      <w:r>
        <w:rPr>
          <w:rFonts w:ascii="Aptos" w:hAnsi="Aptos"/>
          <w:b/>
          <w:sz w:val="19"/>
        </w:rPr>
        <w:t xml:space="preserve">Consejo: </w:t>
      </w:r>
      <w:r>
        <w:rPr>
          <w:rFonts w:ascii="Aptos" w:hAnsi="Aptos"/>
          <w:b w:val="0"/>
          <w:sz w:val="19"/>
        </w:rPr>
        <w:t>Si no tienes experiencia, usa proyectos académicos, voluntariados, cursos, prácticas o actividades donde hayas aplicado habilidades relacionadas con el cargo.</w:t>
      </w:r>
    </w:p>
    <w:sectPr w:rsidR="00FC693F" w:rsidRPr="0006063C" w:rsidSect="00034616">
      <w:pgSz w:w="12240" w:h="15840"/>
      <w:pgMar w:top="1008" w:right="1181" w:bottom="1008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carta de presentación sin experiencia</dc:title>
  <dc:subject>Plantilla editable para postulación laboral sin experiencia</dc:subject>
  <dc:creator>ColConectada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