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E5E7D" w14:textId="77777777" w:rsidR="00C11021" w:rsidRPr="00F00D43" w:rsidRDefault="00000000">
      <w:pPr>
        <w:pStyle w:val="Ttulo"/>
        <w:jc w:val="center"/>
        <w:rPr>
          <w:lang w:val="es-CO"/>
        </w:rPr>
      </w:pPr>
      <w:r w:rsidRPr="00F00D43">
        <w:rPr>
          <w:lang w:val="es-CO"/>
        </w:rPr>
        <w:t>Plantilla de contrato de aprendizaje</w:t>
      </w:r>
    </w:p>
    <w:p w14:paraId="4F0D96F7" w14:textId="77777777" w:rsidR="00C11021" w:rsidRDefault="00000000">
      <w:pPr>
        <w:pStyle w:val="Ttulo1"/>
      </w:pPr>
      <w:r>
        <w:t>1. Identificación de las partes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891"/>
        <w:gridCol w:w="6236"/>
      </w:tblGrid>
      <w:tr w:rsidR="00C11021" w:rsidRPr="00F00D43" w14:paraId="18272E84" w14:textId="77777777">
        <w:trPr>
          <w:jc w:val="center"/>
        </w:trPr>
        <w:tc>
          <w:tcPr>
            <w:tcW w:w="2891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656529" w14:textId="77777777" w:rsidR="00C11021" w:rsidRDefault="00000000">
            <w:pPr>
              <w:spacing w:before="20" w:after="20"/>
            </w:pPr>
            <w:r>
              <w:rPr>
                <w:b/>
                <w:sz w:val="18"/>
              </w:rPr>
              <w:t>Empresa patrocinadora</w:t>
            </w:r>
          </w:p>
        </w:tc>
        <w:tc>
          <w:tcPr>
            <w:tcW w:w="62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E6B128" w14:textId="77777777" w:rsidR="00C11021" w:rsidRPr="00F00D43" w:rsidRDefault="00000000">
            <w:pPr>
              <w:spacing w:before="20" w:after="20"/>
              <w:rPr>
                <w:lang w:val="es-CO"/>
              </w:rPr>
            </w:pPr>
            <w:r w:rsidRPr="00F00D43">
              <w:rPr>
                <w:sz w:val="18"/>
                <w:lang w:val="es-CO"/>
              </w:rPr>
              <w:t>Razón social: ______________________________________________</w:t>
            </w:r>
            <w:r w:rsidRPr="00F00D43">
              <w:rPr>
                <w:sz w:val="18"/>
                <w:lang w:val="es-CO"/>
              </w:rPr>
              <w:br/>
              <w:t>NIT: __________________  Domicilio: _________________________________</w:t>
            </w:r>
            <w:r w:rsidRPr="00F00D43">
              <w:rPr>
                <w:sz w:val="18"/>
                <w:lang w:val="es-CO"/>
              </w:rPr>
              <w:br/>
              <w:t>Representante legal: ________________________________________________</w:t>
            </w:r>
            <w:r w:rsidRPr="00F00D43">
              <w:rPr>
                <w:sz w:val="18"/>
                <w:lang w:val="es-CO"/>
              </w:rPr>
              <w:br/>
              <w:t>Cargo: __________________  Correo: __________________________________</w:t>
            </w:r>
          </w:p>
        </w:tc>
      </w:tr>
      <w:tr w:rsidR="00C11021" w:rsidRPr="00F00D43" w14:paraId="37CE6732" w14:textId="77777777">
        <w:trPr>
          <w:jc w:val="center"/>
        </w:trPr>
        <w:tc>
          <w:tcPr>
            <w:tcW w:w="2891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302F68" w14:textId="77777777" w:rsidR="00C11021" w:rsidRDefault="00000000">
            <w:pPr>
              <w:spacing w:before="20" w:after="20"/>
            </w:pPr>
            <w:r>
              <w:rPr>
                <w:b/>
                <w:sz w:val="18"/>
              </w:rPr>
              <w:t>Aprendiz</w:t>
            </w:r>
          </w:p>
        </w:tc>
        <w:tc>
          <w:tcPr>
            <w:tcW w:w="62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977E1F" w14:textId="77777777" w:rsidR="00C11021" w:rsidRPr="00F00D43" w:rsidRDefault="00000000">
            <w:pPr>
              <w:spacing w:before="20" w:after="20"/>
              <w:rPr>
                <w:lang w:val="es-CO"/>
              </w:rPr>
            </w:pPr>
            <w:r w:rsidRPr="00F00D43">
              <w:rPr>
                <w:sz w:val="18"/>
                <w:lang w:val="es-CO"/>
              </w:rPr>
              <w:t>Nombre completo: ______________________________________________</w:t>
            </w:r>
            <w:r w:rsidRPr="00F00D43">
              <w:rPr>
                <w:sz w:val="18"/>
                <w:lang w:val="es-CO"/>
              </w:rPr>
              <w:br/>
              <w:t>Documento de identidad: __________________  Fecha de nacimiento: __________</w:t>
            </w:r>
            <w:r w:rsidRPr="00F00D43">
              <w:rPr>
                <w:sz w:val="18"/>
                <w:lang w:val="es-CO"/>
              </w:rPr>
              <w:br/>
              <w:t>Dirección: ______________________________  Teléfono: __________________</w:t>
            </w:r>
            <w:r w:rsidRPr="00F00D43">
              <w:rPr>
                <w:sz w:val="18"/>
                <w:lang w:val="es-CO"/>
              </w:rPr>
              <w:br/>
              <w:t>Correo: _________________________________________________________</w:t>
            </w:r>
          </w:p>
        </w:tc>
      </w:tr>
      <w:tr w:rsidR="00C11021" w:rsidRPr="00F00D43" w14:paraId="78CE4525" w14:textId="77777777">
        <w:trPr>
          <w:jc w:val="center"/>
        </w:trPr>
        <w:tc>
          <w:tcPr>
            <w:tcW w:w="2891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59AD6D" w14:textId="77777777" w:rsidR="00C11021" w:rsidRDefault="00000000">
            <w:pPr>
              <w:spacing w:before="20" w:after="20"/>
            </w:pPr>
            <w:r>
              <w:rPr>
                <w:b/>
                <w:sz w:val="18"/>
              </w:rPr>
              <w:t>Entidad de formación</w:t>
            </w:r>
          </w:p>
        </w:tc>
        <w:tc>
          <w:tcPr>
            <w:tcW w:w="62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5EF447" w14:textId="77777777" w:rsidR="00C11021" w:rsidRPr="00F00D43" w:rsidRDefault="00000000">
            <w:pPr>
              <w:spacing w:before="20" w:after="20"/>
              <w:rPr>
                <w:lang w:val="es-CO"/>
              </w:rPr>
            </w:pPr>
            <w:r w:rsidRPr="00F00D43">
              <w:rPr>
                <w:sz w:val="18"/>
                <w:lang w:val="es-CO"/>
              </w:rPr>
              <w:t>Nombre: _______________________________________________________</w:t>
            </w:r>
            <w:r w:rsidRPr="00F00D43">
              <w:rPr>
                <w:sz w:val="18"/>
                <w:lang w:val="es-CO"/>
              </w:rPr>
              <w:br/>
              <w:t>Programa: ______________________________________________________</w:t>
            </w:r>
            <w:r w:rsidRPr="00F00D43">
              <w:rPr>
                <w:sz w:val="18"/>
                <w:lang w:val="es-CO"/>
              </w:rPr>
              <w:br/>
              <w:t>Nivel de formación: ______________________________________________</w:t>
            </w:r>
            <w:r w:rsidRPr="00F00D43">
              <w:rPr>
                <w:sz w:val="18"/>
                <w:lang w:val="es-CO"/>
              </w:rPr>
              <w:br/>
              <w:t>Coordinador o tutor: ____________________  Correo: ___________________</w:t>
            </w:r>
          </w:p>
        </w:tc>
      </w:tr>
    </w:tbl>
    <w:p w14:paraId="1C3F984D" w14:textId="77777777" w:rsidR="00C11021" w:rsidRPr="00F00D43" w:rsidRDefault="00C11021">
      <w:pPr>
        <w:spacing w:after="20"/>
        <w:rPr>
          <w:lang w:val="es-CO"/>
        </w:rPr>
      </w:pPr>
    </w:p>
    <w:p w14:paraId="4EC27F30" w14:textId="77777777" w:rsidR="00C11021" w:rsidRPr="00F00D43" w:rsidRDefault="00000000">
      <w:pPr>
        <w:pStyle w:val="Ttulo1"/>
        <w:rPr>
          <w:lang w:val="es-CO"/>
        </w:rPr>
      </w:pPr>
      <w:r w:rsidRPr="00F00D43">
        <w:rPr>
          <w:lang w:val="es-CO"/>
        </w:rPr>
        <w:t>2. Objeto y naturaleza del contrato</w:t>
      </w:r>
    </w:p>
    <w:p w14:paraId="16963DA4" w14:textId="77777777" w:rsidR="00C11021" w:rsidRPr="00F00D43" w:rsidRDefault="00000000">
      <w:pPr>
        <w:rPr>
          <w:lang w:val="es-CO"/>
        </w:rPr>
      </w:pPr>
      <w:r w:rsidRPr="00F00D43">
        <w:rPr>
          <w:lang w:val="es-CO"/>
        </w:rPr>
        <w:t>La empresa patrocinadora y el aprendiz celebran un contrato laboral especial y a término fijo de aprendizaje. Su finalidad es facilitar la formación teórico-práctica personal del aprendiz, mediante actividades relacionadas con el oficio, actividad, ocupación o profesión indicada en este documento y en el Plan Formativo Anexo.</w:t>
      </w:r>
    </w:p>
    <w:p w14:paraId="1CC770F5" w14:textId="77777777" w:rsidR="00C11021" w:rsidRPr="00F00D43" w:rsidRDefault="00000000">
      <w:pPr>
        <w:rPr>
          <w:lang w:val="es-CO"/>
        </w:rPr>
      </w:pPr>
      <w:r w:rsidRPr="00F00D43">
        <w:rPr>
          <w:lang w:val="es-CO"/>
        </w:rPr>
        <w:t>La subordinación se limita a las actividades propias del aprendizaje. La empresa suministrará los medios y el acompañamiento necesarios para que el aprendiz alcance los resultados de aprendizaje previstos.</w:t>
      </w:r>
    </w:p>
    <w:p w14:paraId="2A451935" w14:textId="77777777" w:rsidR="00C11021" w:rsidRDefault="00000000">
      <w:pPr>
        <w:pStyle w:val="Ttulo1"/>
      </w:pPr>
      <w:r>
        <w:t>3. Formación y actividades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891"/>
        <w:gridCol w:w="6236"/>
      </w:tblGrid>
      <w:tr w:rsidR="00C11021" w14:paraId="0586848F" w14:textId="77777777">
        <w:trPr>
          <w:jc w:val="center"/>
        </w:trPr>
        <w:tc>
          <w:tcPr>
            <w:tcW w:w="2891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E4D48E" w14:textId="77777777" w:rsidR="00C11021" w:rsidRPr="00F00D43" w:rsidRDefault="00000000">
            <w:pPr>
              <w:spacing w:before="20" w:after="20"/>
              <w:rPr>
                <w:lang w:val="es-CO"/>
              </w:rPr>
            </w:pPr>
            <w:r w:rsidRPr="00F00D43">
              <w:rPr>
                <w:b/>
                <w:sz w:val="18"/>
                <w:lang w:val="es-CO"/>
              </w:rPr>
              <w:t>Oficio o área de aprendizaje</w:t>
            </w:r>
          </w:p>
        </w:tc>
        <w:tc>
          <w:tcPr>
            <w:tcW w:w="62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BB1E4E" w14:textId="77777777" w:rsidR="00C11021" w:rsidRDefault="00000000">
            <w:pPr>
              <w:spacing w:before="20" w:after="20"/>
            </w:pPr>
            <w:r>
              <w:rPr>
                <w:sz w:val="18"/>
              </w:rPr>
              <w:t>________________________________________________________________________</w:t>
            </w:r>
            <w:r>
              <w:rPr>
                <w:sz w:val="18"/>
              </w:rPr>
              <w:br/>
              <w:t>________________________________________________________________________</w:t>
            </w:r>
          </w:p>
        </w:tc>
      </w:tr>
      <w:tr w:rsidR="00C11021" w14:paraId="0B9CCBA3" w14:textId="77777777">
        <w:trPr>
          <w:jc w:val="center"/>
        </w:trPr>
        <w:tc>
          <w:tcPr>
            <w:tcW w:w="2891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981CD9" w14:textId="77777777" w:rsidR="00C11021" w:rsidRDefault="00000000">
            <w:pPr>
              <w:spacing w:before="20" w:after="20"/>
            </w:pPr>
            <w:r>
              <w:rPr>
                <w:b/>
                <w:sz w:val="18"/>
              </w:rPr>
              <w:t>Actividades formativas principales</w:t>
            </w:r>
          </w:p>
        </w:tc>
        <w:tc>
          <w:tcPr>
            <w:tcW w:w="62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975B78" w14:textId="77777777" w:rsidR="00C11021" w:rsidRDefault="00000000">
            <w:pPr>
              <w:spacing w:before="20" w:after="20"/>
            </w:pPr>
            <w:r>
              <w:rPr>
                <w:sz w:val="18"/>
              </w:rPr>
              <w:t>________________________________________________________________________</w:t>
            </w:r>
            <w:r>
              <w:rPr>
                <w:sz w:val="18"/>
              </w:rPr>
              <w:br/>
              <w:t>________________________________________________________________________</w:t>
            </w:r>
            <w:r>
              <w:rPr>
                <w:sz w:val="18"/>
              </w:rPr>
              <w:br/>
              <w:t>________________________________________________________________________</w:t>
            </w:r>
          </w:p>
        </w:tc>
      </w:tr>
      <w:tr w:rsidR="00C11021" w:rsidRPr="00F00D43" w14:paraId="5A85B6A7" w14:textId="77777777">
        <w:trPr>
          <w:jc w:val="center"/>
        </w:trPr>
        <w:tc>
          <w:tcPr>
            <w:tcW w:w="2891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3CD2CE" w14:textId="77777777" w:rsidR="00C11021" w:rsidRDefault="00000000">
            <w:pPr>
              <w:spacing w:before="20" w:after="20"/>
            </w:pPr>
            <w:r>
              <w:rPr>
                <w:b/>
                <w:sz w:val="18"/>
              </w:rPr>
              <w:lastRenderedPageBreak/>
              <w:t>Lugar de ejecución</w:t>
            </w:r>
          </w:p>
        </w:tc>
        <w:tc>
          <w:tcPr>
            <w:tcW w:w="62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6FF137" w14:textId="001FEBE5" w:rsidR="00C11021" w:rsidRPr="00F00D43" w:rsidRDefault="00000000">
            <w:pPr>
              <w:spacing w:before="20" w:after="20"/>
              <w:rPr>
                <w:lang w:val="es-CO"/>
              </w:rPr>
            </w:pPr>
            <w:r w:rsidRPr="00F00D43">
              <w:rPr>
                <w:sz w:val="18"/>
                <w:lang w:val="es-CO"/>
              </w:rPr>
              <w:t xml:space="preserve">☐ Instalaciones de la </w:t>
            </w:r>
            <w:r w:rsidR="00F00D43" w:rsidRPr="00F00D43">
              <w:rPr>
                <w:sz w:val="18"/>
                <w:lang w:val="es-CO"/>
              </w:rPr>
              <w:t xml:space="preserve">empresa </w:t>
            </w:r>
            <w:r w:rsidR="00F00D43" w:rsidRPr="00F00D43">
              <w:rPr>
                <w:rFonts w:ascii="Segoe UI Symbol" w:hAnsi="Segoe UI Symbol" w:cs="Segoe UI Symbol"/>
                <w:sz w:val="18"/>
                <w:lang w:val="es-CO"/>
              </w:rPr>
              <w:t>☐</w:t>
            </w:r>
            <w:r w:rsidRPr="00F00D43">
              <w:rPr>
                <w:sz w:val="18"/>
                <w:lang w:val="es-CO"/>
              </w:rPr>
              <w:t xml:space="preserve"> </w:t>
            </w:r>
            <w:r w:rsidR="00F00D43" w:rsidRPr="00F00D43">
              <w:rPr>
                <w:sz w:val="18"/>
                <w:lang w:val="es-CO"/>
              </w:rPr>
              <w:t xml:space="preserve">Remoto </w:t>
            </w:r>
            <w:r w:rsidR="00F00D43" w:rsidRPr="00F00D43">
              <w:rPr>
                <w:rFonts w:ascii="Segoe UI Symbol" w:hAnsi="Segoe UI Symbol" w:cs="Segoe UI Symbol"/>
                <w:sz w:val="18"/>
                <w:lang w:val="es-CO"/>
              </w:rPr>
              <w:t>☐</w:t>
            </w:r>
            <w:r w:rsidRPr="00F00D43">
              <w:rPr>
                <w:sz w:val="18"/>
                <w:lang w:val="es-CO"/>
              </w:rPr>
              <w:t xml:space="preserve"> Mixto</w:t>
            </w:r>
            <w:r w:rsidRPr="00F00D43">
              <w:rPr>
                <w:sz w:val="18"/>
                <w:lang w:val="es-CO"/>
              </w:rPr>
              <w:br/>
              <w:t>Dirección o medio de trabajo: __________________________________________</w:t>
            </w:r>
          </w:p>
        </w:tc>
      </w:tr>
      <w:tr w:rsidR="00C11021" w:rsidRPr="00F00D43" w14:paraId="459613F6" w14:textId="77777777">
        <w:trPr>
          <w:jc w:val="center"/>
        </w:trPr>
        <w:tc>
          <w:tcPr>
            <w:tcW w:w="2891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BCFF2E" w14:textId="77777777" w:rsidR="00C11021" w:rsidRPr="00F00D43" w:rsidRDefault="00000000">
            <w:pPr>
              <w:spacing w:before="20" w:after="20"/>
              <w:rPr>
                <w:lang w:val="es-CO"/>
              </w:rPr>
            </w:pPr>
            <w:r w:rsidRPr="00F00D43">
              <w:rPr>
                <w:b/>
                <w:sz w:val="18"/>
                <w:lang w:val="es-CO"/>
              </w:rPr>
              <w:t>Jornada o esquema de alternancia</w:t>
            </w:r>
          </w:p>
        </w:tc>
        <w:tc>
          <w:tcPr>
            <w:tcW w:w="62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9671BC" w14:textId="77777777" w:rsidR="00C11021" w:rsidRPr="00F00D43" w:rsidRDefault="00000000">
            <w:pPr>
              <w:spacing w:before="20" w:after="20"/>
              <w:rPr>
                <w:lang w:val="es-CO"/>
              </w:rPr>
            </w:pPr>
            <w:r w:rsidRPr="00F00D43">
              <w:rPr>
                <w:sz w:val="18"/>
                <w:lang w:val="es-CO"/>
              </w:rPr>
              <w:t>Días y horario: ____________________________________________________</w:t>
            </w:r>
            <w:r w:rsidRPr="00F00D43">
              <w:rPr>
                <w:sz w:val="18"/>
                <w:lang w:val="es-CO"/>
              </w:rPr>
              <w:br/>
              <w:t>Para formación dual, describir alternancia institución empresa: ______________</w:t>
            </w:r>
            <w:r w:rsidRPr="00F00D43">
              <w:rPr>
                <w:sz w:val="18"/>
                <w:lang w:val="es-CO"/>
              </w:rPr>
              <w:br/>
              <w:t>________________________________________________________________________</w:t>
            </w:r>
          </w:p>
        </w:tc>
      </w:tr>
    </w:tbl>
    <w:p w14:paraId="298895F7" w14:textId="77777777" w:rsidR="00C11021" w:rsidRPr="00F00D43" w:rsidRDefault="00C11021">
      <w:pPr>
        <w:spacing w:after="20"/>
        <w:rPr>
          <w:lang w:val="es-CO"/>
        </w:rPr>
      </w:pPr>
    </w:p>
    <w:p w14:paraId="77EDF726" w14:textId="77777777" w:rsidR="00C11021" w:rsidRPr="00F00D43" w:rsidRDefault="00000000">
      <w:pPr>
        <w:pStyle w:val="Ttulo1"/>
        <w:rPr>
          <w:lang w:val="es-CO"/>
        </w:rPr>
      </w:pPr>
      <w:r w:rsidRPr="00F00D43">
        <w:rPr>
          <w:lang w:val="es-CO"/>
        </w:rPr>
        <w:t>4. Modalidad y etapas</w:t>
      </w:r>
    </w:p>
    <w:p w14:paraId="7F2F6583" w14:textId="77777777" w:rsidR="00C11021" w:rsidRPr="00F00D43" w:rsidRDefault="00000000">
      <w:pPr>
        <w:rPr>
          <w:lang w:val="es-CO"/>
        </w:rPr>
      </w:pPr>
      <w:r w:rsidRPr="00F00D43">
        <w:rPr>
          <w:lang w:val="es-CO"/>
        </w:rPr>
        <w:t>Seleccione la modalidad aplicable. Las fechas, el porcentaje del apoyo y los aportes se diligencian conforme a la normativa vigente y al programa de formación.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891"/>
        <w:gridCol w:w="6236"/>
      </w:tblGrid>
      <w:tr w:rsidR="00C11021" w:rsidRPr="00F00D43" w14:paraId="7463E21F" w14:textId="77777777">
        <w:trPr>
          <w:jc w:val="center"/>
        </w:trPr>
        <w:tc>
          <w:tcPr>
            <w:tcW w:w="2891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564468" w14:textId="77777777" w:rsidR="00C11021" w:rsidRDefault="00000000">
            <w:pPr>
              <w:spacing w:before="20" w:after="20"/>
            </w:pPr>
            <w:r>
              <w:rPr>
                <w:b/>
                <w:sz w:val="18"/>
              </w:rPr>
              <w:t>Modalidad</w:t>
            </w:r>
          </w:p>
        </w:tc>
        <w:tc>
          <w:tcPr>
            <w:tcW w:w="62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8B2054" w14:textId="77777777" w:rsidR="00C11021" w:rsidRPr="00F00D43" w:rsidRDefault="00000000">
            <w:pPr>
              <w:spacing w:before="20" w:after="20"/>
              <w:rPr>
                <w:lang w:val="es-CO"/>
              </w:rPr>
            </w:pPr>
            <w:r w:rsidRPr="00F00D43">
              <w:rPr>
                <w:sz w:val="18"/>
                <w:lang w:val="es-CO"/>
              </w:rPr>
              <w:t>☐ Formación tradicional</w:t>
            </w:r>
            <w:r w:rsidRPr="00F00D43">
              <w:rPr>
                <w:sz w:val="18"/>
                <w:lang w:val="es-CO"/>
              </w:rPr>
              <w:br/>
              <w:t>☐ Formación dual</w:t>
            </w:r>
            <w:r w:rsidRPr="00F00D43">
              <w:rPr>
                <w:sz w:val="18"/>
                <w:lang w:val="es-CO"/>
              </w:rPr>
              <w:br/>
              <w:t>☐ Práctica universitaria, tecnológica o técnica profesional</w:t>
            </w:r>
            <w:r w:rsidRPr="00F00D43">
              <w:rPr>
                <w:sz w:val="18"/>
                <w:lang w:val="es-CO"/>
              </w:rPr>
              <w:br/>
              <w:t>☐ Otra modalidad permitida: _______________________________________</w:t>
            </w:r>
          </w:p>
        </w:tc>
      </w:tr>
      <w:tr w:rsidR="00C11021" w:rsidRPr="00F00D43" w14:paraId="16B9E43A" w14:textId="77777777">
        <w:trPr>
          <w:jc w:val="center"/>
        </w:trPr>
        <w:tc>
          <w:tcPr>
            <w:tcW w:w="2891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E6B487" w14:textId="77777777" w:rsidR="00C11021" w:rsidRDefault="00000000">
            <w:pPr>
              <w:spacing w:before="20" w:after="20"/>
            </w:pPr>
            <w:r>
              <w:rPr>
                <w:b/>
                <w:sz w:val="18"/>
              </w:rPr>
              <w:t>Etapa lectiva</w:t>
            </w:r>
          </w:p>
        </w:tc>
        <w:tc>
          <w:tcPr>
            <w:tcW w:w="62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A86866" w14:textId="2BDD5B62" w:rsidR="00C11021" w:rsidRPr="00F00D43" w:rsidRDefault="00000000">
            <w:pPr>
              <w:spacing w:before="20" w:after="20"/>
              <w:rPr>
                <w:lang w:val="es-CO"/>
              </w:rPr>
            </w:pPr>
            <w:r w:rsidRPr="00F00D43">
              <w:rPr>
                <w:sz w:val="18"/>
                <w:lang w:val="es-CO"/>
              </w:rPr>
              <w:t>Inicio: ____ / ____ / _____</w:t>
            </w:r>
            <w:r w:rsidR="00F00D43" w:rsidRPr="00F00D43">
              <w:rPr>
                <w:sz w:val="18"/>
                <w:lang w:val="es-CO"/>
              </w:rPr>
              <w:t>_ Finalización</w:t>
            </w:r>
            <w:r w:rsidRPr="00F00D43">
              <w:rPr>
                <w:sz w:val="18"/>
                <w:lang w:val="es-CO"/>
              </w:rPr>
              <w:t>: ____ / ____ / ______</w:t>
            </w:r>
            <w:r w:rsidRPr="00F00D43">
              <w:rPr>
                <w:sz w:val="18"/>
                <w:lang w:val="es-CO"/>
              </w:rPr>
              <w:br/>
              <w:t>Apoyo mensual mínimo: 75% de un salario mínimo legal mensual vigente, salvo regla especial aplicable.</w:t>
            </w:r>
            <w:r w:rsidRPr="00F00D43">
              <w:rPr>
                <w:sz w:val="18"/>
                <w:lang w:val="es-CO"/>
              </w:rPr>
              <w:br/>
              <w:t>Cobertura: salud y riesgos laborales como dependiente, a cargo de la empresa.</w:t>
            </w:r>
          </w:p>
        </w:tc>
      </w:tr>
      <w:tr w:rsidR="00C11021" w:rsidRPr="00F00D43" w14:paraId="3888D807" w14:textId="77777777">
        <w:trPr>
          <w:jc w:val="center"/>
        </w:trPr>
        <w:tc>
          <w:tcPr>
            <w:tcW w:w="2891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75505F" w14:textId="77777777" w:rsidR="00C11021" w:rsidRDefault="00000000">
            <w:pPr>
              <w:spacing w:before="20" w:after="20"/>
            </w:pPr>
            <w:r>
              <w:rPr>
                <w:b/>
                <w:sz w:val="18"/>
              </w:rPr>
              <w:t>Etapa práctica</w:t>
            </w:r>
          </w:p>
        </w:tc>
        <w:tc>
          <w:tcPr>
            <w:tcW w:w="62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993B68" w14:textId="72C37B6A" w:rsidR="00C11021" w:rsidRPr="00F00D43" w:rsidRDefault="00000000">
            <w:pPr>
              <w:spacing w:before="20" w:after="20"/>
              <w:rPr>
                <w:lang w:val="es-CO"/>
              </w:rPr>
            </w:pPr>
            <w:r w:rsidRPr="00F00D43">
              <w:rPr>
                <w:sz w:val="18"/>
                <w:lang w:val="es-CO"/>
              </w:rPr>
              <w:t>Inicio: ____ / ____ / _____</w:t>
            </w:r>
            <w:r w:rsidR="00F00D43" w:rsidRPr="00F00D43">
              <w:rPr>
                <w:sz w:val="18"/>
                <w:lang w:val="es-CO"/>
              </w:rPr>
              <w:t>_ Finalización</w:t>
            </w:r>
            <w:r w:rsidRPr="00F00D43">
              <w:rPr>
                <w:sz w:val="18"/>
                <w:lang w:val="es-CO"/>
              </w:rPr>
              <w:t>: ____ / ____ / ______</w:t>
            </w:r>
            <w:r w:rsidRPr="00F00D43">
              <w:rPr>
                <w:sz w:val="18"/>
                <w:lang w:val="es-CO"/>
              </w:rPr>
              <w:br/>
              <w:t>Apoyo mensual mínimo: 100% de un salario mínimo legal mensual vigente, salvo regla especial aplicable.</w:t>
            </w:r>
            <w:r w:rsidRPr="00F00D43">
              <w:rPr>
                <w:sz w:val="18"/>
                <w:lang w:val="es-CO"/>
              </w:rPr>
              <w:br/>
              <w:t>Cobertura: salud, pensión y riesgos laborales como dependiente; prestaciones, auxilios y demás derechos propios del contrato laboral.</w:t>
            </w:r>
          </w:p>
        </w:tc>
      </w:tr>
      <w:tr w:rsidR="00C11021" w:rsidRPr="00F00D43" w14:paraId="2D973AF0" w14:textId="77777777">
        <w:trPr>
          <w:jc w:val="center"/>
        </w:trPr>
        <w:tc>
          <w:tcPr>
            <w:tcW w:w="2891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D456D0" w14:textId="77777777" w:rsidR="00C11021" w:rsidRDefault="00000000">
            <w:pPr>
              <w:spacing w:before="20" w:after="20"/>
            </w:pPr>
            <w:r>
              <w:rPr>
                <w:b/>
                <w:sz w:val="18"/>
              </w:rPr>
              <w:t>Formación dual</w:t>
            </w:r>
          </w:p>
        </w:tc>
        <w:tc>
          <w:tcPr>
            <w:tcW w:w="62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135457" w14:textId="77777777" w:rsidR="00C11021" w:rsidRPr="00F00D43" w:rsidRDefault="00000000">
            <w:pPr>
              <w:spacing w:before="20" w:after="20"/>
              <w:rPr>
                <w:lang w:val="es-CO"/>
              </w:rPr>
            </w:pPr>
            <w:r w:rsidRPr="00F00D43">
              <w:rPr>
                <w:sz w:val="18"/>
                <w:lang w:val="es-CO"/>
              </w:rPr>
              <w:t>Primer año: ____ / ____ / ______ a ____ / ____ / ______. Apoyo mínimo: 75% de un salario mínimo legal mensual vigente.</w:t>
            </w:r>
            <w:r w:rsidRPr="00F00D43">
              <w:rPr>
                <w:sz w:val="18"/>
                <w:lang w:val="es-CO"/>
              </w:rPr>
              <w:br/>
              <w:t>Segundo año: ____ / ____ / ______ a ____ / ____ / ______. Apoyo mínimo: 100% de un salario mínimo legal mensual vigente.</w:t>
            </w:r>
            <w:r w:rsidRPr="00F00D43">
              <w:rPr>
                <w:sz w:val="18"/>
                <w:lang w:val="es-CO"/>
              </w:rPr>
              <w:br/>
              <w:t>Cobertura durante toda la formación dual: salud, pensión y riesgos laborales como dependiente; prestaciones, auxilios y demás derechos propios del contrato laboral.</w:t>
            </w:r>
          </w:p>
        </w:tc>
      </w:tr>
      <w:tr w:rsidR="00C11021" w:rsidRPr="00F00D43" w14:paraId="76D73861" w14:textId="77777777">
        <w:trPr>
          <w:jc w:val="center"/>
        </w:trPr>
        <w:tc>
          <w:tcPr>
            <w:tcW w:w="2891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BCDEE8" w14:textId="77777777" w:rsidR="00C11021" w:rsidRDefault="00000000">
            <w:pPr>
              <w:spacing w:before="20" w:after="20"/>
            </w:pPr>
            <w:r>
              <w:rPr>
                <w:b/>
                <w:sz w:val="18"/>
              </w:rPr>
              <w:t xml:space="preserve">Regla para </w:t>
            </w:r>
            <w:proofErr w:type="spellStart"/>
            <w:r>
              <w:rPr>
                <w:b/>
                <w:sz w:val="18"/>
              </w:rPr>
              <w:t>estudiante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universitario</w:t>
            </w:r>
            <w:proofErr w:type="spellEnd"/>
          </w:p>
        </w:tc>
        <w:tc>
          <w:tcPr>
            <w:tcW w:w="62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C03C53" w14:textId="77777777" w:rsidR="00C11021" w:rsidRPr="00F00D43" w:rsidRDefault="00000000">
            <w:pPr>
              <w:spacing w:before="20" w:after="20"/>
              <w:rPr>
                <w:lang w:val="es-CO"/>
              </w:rPr>
            </w:pPr>
            <w:r w:rsidRPr="00F00D43">
              <w:rPr>
                <w:sz w:val="18"/>
                <w:lang w:val="es-CO"/>
              </w:rPr>
              <w:t>☐ Aplica. El apoyo mensual no será inferior a un salario mínimo legal mensual vigente.</w:t>
            </w:r>
            <w:r w:rsidRPr="00F00D43">
              <w:rPr>
                <w:sz w:val="18"/>
                <w:lang w:val="es-CO"/>
              </w:rPr>
              <w:br/>
              <w:t xml:space="preserve">☐ Semestre de </w:t>
            </w:r>
            <w:proofErr w:type="gramStart"/>
            <w:r w:rsidRPr="00F00D43">
              <w:rPr>
                <w:sz w:val="18"/>
                <w:lang w:val="es-CO"/>
              </w:rPr>
              <w:t>práctica  ☐</w:t>
            </w:r>
            <w:proofErr w:type="gramEnd"/>
            <w:r w:rsidRPr="00F00D43">
              <w:rPr>
                <w:sz w:val="18"/>
                <w:lang w:val="es-CO"/>
              </w:rPr>
              <w:t xml:space="preserve"> Actividad de al menos 24 horas semanales y continuidad del pensum.</w:t>
            </w:r>
          </w:p>
        </w:tc>
      </w:tr>
    </w:tbl>
    <w:p w14:paraId="399AE7BC" w14:textId="77777777" w:rsidR="00C11021" w:rsidRPr="00F00D43" w:rsidRDefault="00C11021">
      <w:pPr>
        <w:spacing w:after="20"/>
        <w:rPr>
          <w:lang w:val="es-CO"/>
        </w:rPr>
      </w:pPr>
    </w:p>
    <w:p w14:paraId="06B8F2F0" w14:textId="77777777" w:rsidR="00C11021" w:rsidRPr="00F00D43" w:rsidRDefault="00000000">
      <w:pPr>
        <w:pStyle w:val="Ttulo1"/>
        <w:rPr>
          <w:lang w:val="es-CO"/>
        </w:rPr>
      </w:pPr>
      <w:r w:rsidRPr="00F00D43">
        <w:rPr>
          <w:lang w:val="es-CO"/>
        </w:rPr>
        <w:t>5. Duración</w:t>
      </w:r>
    </w:p>
    <w:p w14:paraId="004C9A49" w14:textId="77777777" w:rsidR="00C11021" w:rsidRPr="00F00D43" w:rsidRDefault="00000000">
      <w:pPr>
        <w:rPr>
          <w:lang w:val="es-CO"/>
        </w:rPr>
      </w:pPr>
      <w:r w:rsidRPr="00F00D43">
        <w:rPr>
          <w:lang w:val="es-CO"/>
        </w:rPr>
        <w:t xml:space="preserve">El contrato inicia el ____ de ______________ </w:t>
      </w:r>
      <w:proofErr w:type="spellStart"/>
      <w:r w:rsidRPr="00F00D43">
        <w:rPr>
          <w:lang w:val="es-CO"/>
        </w:rPr>
        <w:t>de</w:t>
      </w:r>
      <w:proofErr w:type="spellEnd"/>
      <w:r w:rsidRPr="00F00D43">
        <w:rPr>
          <w:lang w:val="es-CO"/>
        </w:rPr>
        <w:t xml:space="preserve"> ______ y finaliza el ____ de ______________ </w:t>
      </w:r>
      <w:proofErr w:type="spellStart"/>
      <w:r w:rsidRPr="00F00D43">
        <w:rPr>
          <w:lang w:val="es-CO"/>
        </w:rPr>
        <w:t>de</w:t>
      </w:r>
      <w:proofErr w:type="spellEnd"/>
      <w:r w:rsidRPr="00F00D43">
        <w:rPr>
          <w:lang w:val="es-CO"/>
        </w:rPr>
        <w:t xml:space="preserve"> ______. Su duración corresponde al programa de formación y al tiempo requerido para alcanzar los resultados de aprendizaje. En ningún caso superará tres (3) años.</w:t>
      </w:r>
    </w:p>
    <w:p w14:paraId="15C7A5BC" w14:textId="77777777" w:rsidR="00C11021" w:rsidRPr="00F00D43" w:rsidRDefault="00000000">
      <w:pPr>
        <w:rPr>
          <w:lang w:val="es-CO"/>
        </w:rPr>
      </w:pPr>
      <w:r w:rsidRPr="00F00D43">
        <w:rPr>
          <w:lang w:val="es-CO"/>
        </w:rPr>
        <w:lastRenderedPageBreak/>
        <w:t xml:space="preserve">Etapa que se certificará como experiencia laboral: ☐ </w:t>
      </w:r>
      <w:proofErr w:type="gramStart"/>
      <w:r w:rsidRPr="00F00D43">
        <w:rPr>
          <w:lang w:val="es-CO"/>
        </w:rPr>
        <w:t>práctica  ☐</w:t>
      </w:r>
      <w:proofErr w:type="gramEnd"/>
      <w:r w:rsidRPr="00F00D43">
        <w:rPr>
          <w:lang w:val="es-CO"/>
        </w:rPr>
        <w:t xml:space="preserve"> dual. La empresa expedirá la certificación correspondiente al finalizar la etapa.</w:t>
      </w:r>
    </w:p>
    <w:p w14:paraId="272DCE27" w14:textId="77777777" w:rsidR="00C11021" w:rsidRPr="00F00D43" w:rsidRDefault="00000000">
      <w:pPr>
        <w:pStyle w:val="Ttulo1"/>
        <w:rPr>
          <w:lang w:val="es-CO"/>
        </w:rPr>
      </w:pPr>
      <w:r w:rsidRPr="00F00D43">
        <w:rPr>
          <w:lang w:val="es-CO"/>
        </w:rPr>
        <w:t>6. Apoyo económico, pagos y garantías laborales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891"/>
        <w:gridCol w:w="6236"/>
      </w:tblGrid>
      <w:tr w:rsidR="00C11021" w:rsidRPr="00F00D43" w14:paraId="662E90DF" w14:textId="77777777">
        <w:trPr>
          <w:jc w:val="center"/>
        </w:trPr>
        <w:tc>
          <w:tcPr>
            <w:tcW w:w="2891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4A807F" w14:textId="77777777" w:rsidR="00C11021" w:rsidRPr="00F00D43" w:rsidRDefault="00000000">
            <w:pPr>
              <w:spacing w:before="20" w:after="20"/>
              <w:rPr>
                <w:lang w:val="es-CO"/>
              </w:rPr>
            </w:pPr>
            <w:r w:rsidRPr="00F00D43">
              <w:rPr>
                <w:b/>
                <w:sz w:val="18"/>
                <w:lang w:val="es-CO"/>
              </w:rPr>
              <w:t>Valor y forma de pago</w:t>
            </w:r>
          </w:p>
        </w:tc>
        <w:tc>
          <w:tcPr>
            <w:tcW w:w="62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305B61" w14:textId="77777777" w:rsidR="00C11021" w:rsidRPr="00F00D43" w:rsidRDefault="00000000">
            <w:pPr>
              <w:spacing w:before="20" w:after="20"/>
              <w:rPr>
                <w:lang w:val="es-CO"/>
              </w:rPr>
            </w:pPr>
            <w:r w:rsidRPr="00F00D43">
              <w:rPr>
                <w:sz w:val="18"/>
                <w:lang w:val="es-CO"/>
              </w:rPr>
              <w:t>Valor mensual inicial: $____________________________________________</w:t>
            </w:r>
            <w:r w:rsidRPr="00F00D43">
              <w:rPr>
                <w:sz w:val="18"/>
                <w:lang w:val="es-CO"/>
              </w:rPr>
              <w:br/>
              <w:t>Fecha de pago: _________________</w:t>
            </w:r>
            <w:proofErr w:type="gramStart"/>
            <w:r w:rsidRPr="00F00D43">
              <w:rPr>
                <w:sz w:val="18"/>
                <w:lang w:val="es-CO"/>
              </w:rPr>
              <w:t>_  Medio</w:t>
            </w:r>
            <w:proofErr w:type="gramEnd"/>
            <w:r w:rsidRPr="00F00D43">
              <w:rPr>
                <w:sz w:val="18"/>
                <w:lang w:val="es-CO"/>
              </w:rPr>
              <w:t xml:space="preserve"> de pago: ____________________</w:t>
            </w:r>
          </w:p>
        </w:tc>
      </w:tr>
      <w:tr w:rsidR="00C11021" w:rsidRPr="00F00D43" w14:paraId="3CC2AD1C" w14:textId="77777777">
        <w:trPr>
          <w:jc w:val="center"/>
        </w:trPr>
        <w:tc>
          <w:tcPr>
            <w:tcW w:w="2891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78A5F0" w14:textId="77777777" w:rsidR="00C11021" w:rsidRDefault="00000000">
            <w:pPr>
              <w:spacing w:before="20" w:after="20"/>
            </w:pPr>
            <w:proofErr w:type="spellStart"/>
            <w:r>
              <w:rPr>
                <w:b/>
                <w:sz w:val="18"/>
              </w:rPr>
              <w:t>Seguridad</w:t>
            </w:r>
            <w:proofErr w:type="spellEnd"/>
            <w:r>
              <w:rPr>
                <w:b/>
                <w:sz w:val="18"/>
              </w:rPr>
              <w:t xml:space="preserve"> social</w:t>
            </w:r>
          </w:p>
        </w:tc>
        <w:tc>
          <w:tcPr>
            <w:tcW w:w="62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82A361" w14:textId="77777777" w:rsidR="00C11021" w:rsidRPr="00F00D43" w:rsidRDefault="00000000">
            <w:pPr>
              <w:spacing w:before="20" w:after="20"/>
              <w:rPr>
                <w:lang w:val="es-CO"/>
              </w:rPr>
            </w:pPr>
            <w:r w:rsidRPr="00F00D43">
              <w:rPr>
                <w:sz w:val="18"/>
                <w:lang w:val="es-CO"/>
              </w:rPr>
              <w:t>EPS: _________________</w:t>
            </w:r>
            <w:proofErr w:type="gramStart"/>
            <w:r w:rsidRPr="00F00D43">
              <w:rPr>
                <w:sz w:val="18"/>
                <w:lang w:val="es-CO"/>
              </w:rPr>
              <w:t>_  Fondo</w:t>
            </w:r>
            <w:proofErr w:type="gramEnd"/>
            <w:r w:rsidRPr="00F00D43">
              <w:rPr>
                <w:sz w:val="18"/>
                <w:lang w:val="es-CO"/>
              </w:rPr>
              <w:t xml:space="preserve"> de pensiones: __________________</w:t>
            </w:r>
            <w:r w:rsidRPr="00F00D43">
              <w:rPr>
                <w:sz w:val="18"/>
                <w:lang w:val="es-CO"/>
              </w:rPr>
              <w:br/>
              <w:t>ARL: _________________</w:t>
            </w:r>
            <w:proofErr w:type="gramStart"/>
            <w:r w:rsidRPr="00F00D43">
              <w:rPr>
                <w:sz w:val="18"/>
                <w:lang w:val="es-CO"/>
              </w:rPr>
              <w:t>_  Clase</w:t>
            </w:r>
            <w:proofErr w:type="gramEnd"/>
            <w:r w:rsidRPr="00F00D43">
              <w:rPr>
                <w:sz w:val="18"/>
                <w:lang w:val="es-CO"/>
              </w:rPr>
              <w:t xml:space="preserve"> de riesgo de la empresa o funciones: ______</w:t>
            </w:r>
            <w:r w:rsidRPr="00F00D43">
              <w:rPr>
                <w:sz w:val="18"/>
                <w:lang w:val="es-CO"/>
              </w:rPr>
              <w:br/>
              <w:t>La empresa realizará las afiliaciones y aportes que correspondan a cada etapa.</w:t>
            </w:r>
          </w:p>
        </w:tc>
      </w:tr>
      <w:tr w:rsidR="00C11021" w14:paraId="428D717E" w14:textId="77777777">
        <w:trPr>
          <w:jc w:val="center"/>
        </w:trPr>
        <w:tc>
          <w:tcPr>
            <w:tcW w:w="2891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77E217" w14:textId="77777777" w:rsidR="00C11021" w:rsidRDefault="00000000">
            <w:pPr>
              <w:spacing w:before="20" w:after="20"/>
            </w:pPr>
            <w:proofErr w:type="spellStart"/>
            <w:r>
              <w:rPr>
                <w:b/>
                <w:sz w:val="18"/>
              </w:rPr>
              <w:t>Garantías</w:t>
            </w:r>
            <w:proofErr w:type="spellEnd"/>
          </w:p>
        </w:tc>
        <w:tc>
          <w:tcPr>
            <w:tcW w:w="62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295ACD" w14:textId="77777777" w:rsidR="00C11021" w:rsidRDefault="00000000">
            <w:pPr>
              <w:spacing w:before="20" w:after="20"/>
            </w:pPr>
            <w:r w:rsidRPr="00F00D43">
              <w:rPr>
                <w:sz w:val="18"/>
                <w:lang w:val="es-CO"/>
              </w:rPr>
              <w:t>En fase práctica o en toda la formación dual, el aprendiz tendrá derecho al reconocimiento y pago de prestaciones, auxilios y demás derechos propios del contrato laboral, según la ley.</w:t>
            </w:r>
            <w:r w:rsidRPr="00F00D43">
              <w:rPr>
                <w:sz w:val="18"/>
                <w:lang w:val="es-CO"/>
              </w:rPr>
              <w:br/>
            </w:r>
            <w:proofErr w:type="spellStart"/>
            <w:r>
              <w:rPr>
                <w:sz w:val="18"/>
              </w:rPr>
              <w:t>Auxilios</w:t>
            </w:r>
            <w:proofErr w:type="spellEnd"/>
            <w:r>
              <w:rPr>
                <w:sz w:val="18"/>
              </w:rPr>
              <w:t xml:space="preserve"> o </w:t>
            </w:r>
            <w:proofErr w:type="spellStart"/>
            <w:r>
              <w:rPr>
                <w:sz w:val="18"/>
              </w:rPr>
              <w:t>beneficios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adicionales</w:t>
            </w:r>
            <w:proofErr w:type="spellEnd"/>
            <w:r>
              <w:rPr>
                <w:sz w:val="18"/>
              </w:rPr>
              <w:t xml:space="preserve"> pactados: ______________________________</w:t>
            </w:r>
          </w:p>
        </w:tc>
      </w:tr>
    </w:tbl>
    <w:p w14:paraId="4747D4E7" w14:textId="77777777" w:rsidR="00C11021" w:rsidRDefault="00C11021">
      <w:pPr>
        <w:spacing w:after="20"/>
      </w:pPr>
    </w:p>
    <w:p w14:paraId="29BF6B80" w14:textId="77777777" w:rsidR="00C11021" w:rsidRDefault="00000000">
      <w:pPr>
        <w:pStyle w:val="Ttulo1"/>
      </w:pPr>
      <w:r>
        <w:t>7. Obligaciones</w:t>
      </w:r>
    </w:p>
    <w:p w14:paraId="2F8BCF37" w14:textId="77777777" w:rsidR="00C11021" w:rsidRDefault="00000000">
      <w:pPr>
        <w:pStyle w:val="Ttulo2"/>
      </w:pPr>
      <w:r>
        <w:t>Obligaciones de la empresa patrocinadora</w:t>
      </w:r>
    </w:p>
    <w:p w14:paraId="21992FEC" w14:textId="77777777" w:rsidR="00C11021" w:rsidRPr="00F00D43" w:rsidRDefault="00000000">
      <w:pPr>
        <w:pStyle w:val="Listaconvietas"/>
        <w:rPr>
          <w:lang w:val="es-CO"/>
        </w:rPr>
      </w:pPr>
      <w:r w:rsidRPr="00F00D43">
        <w:rPr>
          <w:lang w:val="es-CO"/>
        </w:rPr>
        <w:t>Pagar oportunamente el apoyo económico y efectuar las afiliaciones y aportes de seguridad social que correspondan.</w:t>
      </w:r>
    </w:p>
    <w:p w14:paraId="0CD03A64" w14:textId="77777777" w:rsidR="00C11021" w:rsidRPr="00F00D43" w:rsidRDefault="00000000">
      <w:pPr>
        <w:pStyle w:val="Listaconvietas"/>
        <w:rPr>
          <w:lang w:val="es-CO"/>
        </w:rPr>
      </w:pPr>
      <w:r w:rsidRPr="00F00D43">
        <w:rPr>
          <w:lang w:val="es-CO"/>
        </w:rPr>
        <w:t>Asignar actividades relacionadas con el programa de formación y brindar inducción, supervisión y condiciones adecuadas de seguridad y salud en el trabajo.</w:t>
      </w:r>
    </w:p>
    <w:p w14:paraId="2B5CD703" w14:textId="77777777" w:rsidR="00C11021" w:rsidRPr="00F00D43" w:rsidRDefault="00000000">
      <w:pPr>
        <w:pStyle w:val="Listaconvietas"/>
        <w:rPr>
          <w:lang w:val="es-CO"/>
        </w:rPr>
      </w:pPr>
      <w:r w:rsidRPr="00F00D43">
        <w:rPr>
          <w:lang w:val="es-CO"/>
        </w:rPr>
        <w:t>Designar un tutor responsable: Nombre __________________________ Cargo __________________________.</w:t>
      </w:r>
    </w:p>
    <w:p w14:paraId="23B148E9" w14:textId="77777777" w:rsidR="00C11021" w:rsidRPr="00F00D43" w:rsidRDefault="00000000">
      <w:pPr>
        <w:pStyle w:val="Listaconvietas"/>
        <w:rPr>
          <w:lang w:val="es-CO"/>
        </w:rPr>
      </w:pPr>
      <w:r w:rsidRPr="00F00D43">
        <w:rPr>
          <w:lang w:val="es-CO"/>
        </w:rPr>
        <w:t>Realizar seguimiento, dar retroalimentación y certificar la etapa práctica o dual cuando corresponda.</w:t>
      </w:r>
    </w:p>
    <w:p w14:paraId="6346DCAC" w14:textId="77777777" w:rsidR="00C11021" w:rsidRPr="00F00D43" w:rsidRDefault="00000000">
      <w:pPr>
        <w:pStyle w:val="Listaconvietas"/>
        <w:rPr>
          <w:lang w:val="es-CO"/>
        </w:rPr>
      </w:pPr>
      <w:r w:rsidRPr="00F00D43">
        <w:rPr>
          <w:lang w:val="es-CO"/>
        </w:rPr>
        <w:t>Respetar la dignidad, la igualdad, la confidencialidad y las garantías laborales del aprendiz.</w:t>
      </w:r>
    </w:p>
    <w:p w14:paraId="308C9E02" w14:textId="77777777" w:rsidR="00C11021" w:rsidRDefault="00000000">
      <w:pPr>
        <w:pStyle w:val="Ttulo2"/>
      </w:pPr>
      <w:proofErr w:type="spellStart"/>
      <w:r>
        <w:t>Obligaciones</w:t>
      </w:r>
      <w:proofErr w:type="spellEnd"/>
      <w:r>
        <w:t xml:space="preserve"> del </w:t>
      </w:r>
      <w:proofErr w:type="spellStart"/>
      <w:r>
        <w:t>aprendiz</w:t>
      </w:r>
      <w:proofErr w:type="spellEnd"/>
    </w:p>
    <w:p w14:paraId="1D967F4E" w14:textId="77777777" w:rsidR="00C11021" w:rsidRPr="00F00D43" w:rsidRDefault="00000000">
      <w:pPr>
        <w:pStyle w:val="Listaconvietas"/>
        <w:rPr>
          <w:lang w:val="es-CO"/>
        </w:rPr>
      </w:pPr>
      <w:r w:rsidRPr="00F00D43">
        <w:rPr>
          <w:lang w:val="es-CO"/>
        </w:rPr>
        <w:t>Participar de manera personal, responsable y puntual en las actividades académicas y formativas.</w:t>
      </w:r>
    </w:p>
    <w:p w14:paraId="319E9F3D" w14:textId="77777777" w:rsidR="00C11021" w:rsidRPr="00F00D43" w:rsidRDefault="00000000">
      <w:pPr>
        <w:pStyle w:val="Listaconvietas"/>
        <w:rPr>
          <w:lang w:val="es-CO"/>
        </w:rPr>
      </w:pPr>
      <w:r w:rsidRPr="00F00D43">
        <w:rPr>
          <w:lang w:val="es-CO"/>
        </w:rPr>
        <w:t>Cumplir las instrucciones relacionadas con el aprendizaje, las normas de seguridad y salud en el trabajo y el reglamento aplicable.</w:t>
      </w:r>
    </w:p>
    <w:p w14:paraId="2D4FC113" w14:textId="77777777" w:rsidR="00C11021" w:rsidRPr="00F00D43" w:rsidRDefault="00000000">
      <w:pPr>
        <w:pStyle w:val="Listaconvietas"/>
        <w:rPr>
          <w:lang w:val="es-CO"/>
        </w:rPr>
      </w:pPr>
      <w:r w:rsidRPr="00F00D43">
        <w:rPr>
          <w:lang w:val="es-CO"/>
        </w:rPr>
        <w:t>Cuidar los bienes, equipos e información de la empresa y conservar la confidencialidad cuando corresponda.</w:t>
      </w:r>
    </w:p>
    <w:p w14:paraId="67AECE8A" w14:textId="77777777" w:rsidR="00C11021" w:rsidRPr="00F00D43" w:rsidRDefault="00000000">
      <w:pPr>
        <w:pStyle w:val="Listaconvietas"/>
        <w:rPr>
          <w:lang w:val="es-CO"/>
        </w:rPr>
      </w:pPr>
      <w:r w:rsidRPr="00F00D43">
        <w:rPr>
          <w:lang w:val="es-CO"/>
        </w:rPr>
        <w:t>Informar oportunamente novedades que afecten la asistencia, el desarrollo del programa o la seguridad.</w:t>
      </w:r>
    </w:p>
    <w:p w14:paraId="38367FC4" w14:textId="77777777" w:rsidR="00C11021" w:rsidRPr="00F00D43" w:rsidRDefault="00000000">
      <w:pPr>
        <w:pStyle w:val="Listaconvietas"/>
        <w:rPr>
          <w:lang w:val="es-CO"/>
        </w:rPr>
      </w:pPr>
      <w:r w:rsidRPr="00F00D43">
        <w:rPr>
          <w:lang w:val="es-CO"/>
        </w:rPr>
        <w:t>Participar en las evaluaciones y entregar evidencias de aprendizaje requeridas.</w:t>
      </w:r>
    </w:p>
    <w:p w14:paraId="1DD050CE" w14:textId="77777777" w:rsidR="00C11021" w:rsidRPr="00F00D43" w:rsidRDefault="00000000">
      <w:pPr>
        <w:pStyle w:val="Ttulo1"/>
        <w:rPr>
          <w:lang w:val="es-CO"/>
        </w:rPr>
      </w:pPr>
      <w:r w:rsidRPr="00F00D43">
        <w:rPr>
          <w:lang w:val="es-CO"/>
        </w:rPr>
        <w:t>8. Seguimiento y evaluación</w:t>
      </w:r>
    </w:p>
    <w:p w14:paraId="5BB8B711" w14:textId="77777777" w:rsidR="00C11021" w:rsidRDefault="00000000">
      <w:r w:rsidRPr="00F00D43">
        <w:rPr>
          <w:lang w:val="es-CO"/>
        </w:rPr>
        <w:t xml:space="preserve">La empresa, el aprendiz y la entidad de formación harán seguimiento al Plan Formativo Anexo. </w:t>
      </w:r>
      <w:r>
        <w:t xml:space="preserve">Se </w:t>
      </w:r>
      <w:proofErr w:type="spellStart"/>
      <w:r>
        <w:t>realizarán</w:t>
      </w:r>
      <w:proofErr w:type="spellEnd"/>
      <w:r>
        <w:t xml:space="preserve"> </w:t>
      </w:r>
      <w:proofErr w:type="spellStart"/>
      <w:r>
        <w:t>reuniones</w:t>
      </w:r>
      <w:proofErr w:type="spellEnd"/>
      <w:r>
        <w:t xml:space="preserve"> de seguimiento con la periodicidad siguiente: ____________________________.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891"/>
        <w:gridCol w:w="6236"/>
      </w:tblGrid>
      <w:tr w:rsidR="00C11021" w:rsidRPr="00F00D43" w14:paraId="7919AF53" w14:textId="77777777">
        <w:trPr>
          <w:jc w:val="center"/>
        </w:trPr>
        <w:tc>
          <w:tcPr>
            <w:tcW w:w="2891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53E4E9" w14:textId="77777777" w:rsidR="00C11021" w:rsidRDefault="00000000">
            <w:pPr>
              <w:spacing w:before="20" w:after="20"/>
            </w:pPr>
            <w:r>
              <w:rPr>
                <w:b/>
                <w:sz w:val="18"/>
              </w:rPr>
              <w:t>Registro de seguimiento</w:t>
            </w:r>
          </w:p>
        </w:tc>
        <w:tc>
          <w:tcPr>
            <w:tcW w:w="62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81A167" w14:textId="77777777" w:rsidR="00C11021" w:rsidRPr="00F00D43" w:rsidRDefault="00000000">
            <w:pPr>
              <w:spacing w:before="20" w:after="20"/>
              <w:rPr>
                <w:lang w:val="es-CO"/>
              </w:rPr>
            </w:pPr>
            <w:r w:rsidRPr="00F00D43">
              <w:rPr>
                <w:sz w:val="18"/>
                <w:lang w:val="es-CO"/>
              </w:rPr>
              <w:t xml:space="preserve">☐ Inducción </w:t>
            </w:r>
            <w:proofErr w:type="gramStart"/>
            <w:r w:rsidRPr="00F00D43">
              <w:rPr>
                <w:sz w:val="18"/>
                <w:lang w:val="es-CO"/>
              </w:rPr>
              <w:t>realizada  Fecha</w:t>
            </w:r>
            <w:proofErr w:type="gramEnd"/>
            <w:r w:rsidRPr="00F00D43">
              <w:rPr>
                <w:sz w:val="18"/>
                <w:lang w:val="es-CO"/>
              </w:rPr>
              <w:t>: __________</w:t>
            </w:r>
            <w:r w:rsidRPr="00F00D43">
              <w:rPr>
                <w:sz w:val="18"/>
                <w:lang w:val="es-CO"/>
              </w:rPr>
              <w:br/>
            </w:r>
            <w:r w:rsidRPr="00F00D43">
              <w:rPr>
                <w:sz w:val="18"/>
                <w:lang w:val="es-CO"/>
              </w:rPr>
              <w:lastRenderedPageBreak/>
              <w:t xml:space="preserve">☐ Seguimiento </w:t>
            </w:r>
            <w:proofErr w:type="gramStart"/>
            <w:r w:rsidRPr="00F00D43">
              <w:rPr>
                <w:sz w:val="18"/>
                <w:lang w:val="es-CO"/>
              </w:rPr>
              <w:t>1  Fecha</w:t>
            </w:r>
            <w:proofErr w:type="gramEnd"/>
            <w:r w:rsidRPr="00F00D43">
              <w:rPr>
                <w:sz w:val="18"/>
                <w:lang w:val="es-CO"/>
              </w:rPr>
              <w:t>: _________</w:t>
            </w:r>
            <w:proofErr w:type="gramStart"/>
            <w:r w:rsidRPr="00F00D43">
              <w:rPr>
                <w:sz w:val="18"/>
                <w:lang w:val="es-CO"/>
              </w:rPr>
              <w:t>_  Resultado</w:t>
            </w:r>
            <w:proofErr w:type="gramEnd"/>
            <w:r w:rsidRPr="00F00D43">
              <w:rPr>
                <w:sz w:val="18"/>
                <w:lang w:val="es-CO"/>
              </w:rPr>
              <w:t>: ________________________</w:t>
            </w:r>
            <w:r w:rsidRPr="00F00D43">
              <w:rPr>
                <w:sz w:val="18"/>
                <w:lang w:val="es-CO"/>
              </w:rPr>
              <w:br/>
              <w:t xml:space="preserve">☐ Seguimiento </w:t>
            </w:r>
            <w:proofErr w:type="gramStart"/>
            <w:r w:rsidRPr="00F00D43">
              <w:rPr>
                <w:sz w:val="18"/>
                <w:lang w:val="es-CO"/>
              </w:rPr>
              <w:t>2  Fecha</w:t>
            </w:r>
            <w:proofErr w:type="gramEnd"/>
            <w:r w:rsidRPr="00F00D43">
              <w:rPr>
                <w:sz w:val="18"/>
                <w:lang w:val="es-CO"/>
              </w:rPr>
              <w:t>: _________</w:t>
            </w:r>
            <w:proofErr w:type="gramStart"/>
            <w:r w:rsidRPr="00F00D43">
              <w:rPr>
                <w:sz w:val="18"/>
                <w:lang w:val="es-CO"/>
              </w:rPr>
              <w:t>_  Resultado</w:t>
            </w:r>
            <w:proofErr w:type="gramEnd"/>
            <w:r w:rsidRPr="00F00D43">
              <w:rPr>
                <w:sz w:val="18"/>
                <w:lang w:val="es-CO"/>
              </w:rPr>
              <w:t>: ________________________</w:t>
            </w:r>
            <w:r w:rsidRPr="00F00D43">
              <w:rPr>
                <w:sz w:val="18"/>
                <w:lang w:val="es-CO"/>
              </w:rPr>
              <w:br/>
              <w:t xml:space="preserve">☐ Evaluación </w:t>
            </w:r>
            <w:proofErr w:type="gramStart"/>
            <w:r w:rsidRPr="00F00D43">
              <w:rPr>
                <w:sz w:val="18"/>
                <w:lang w:val="es-CO"/>
              </w:rPr>
              <w:t>final  Fecha</w:t>
            </w:r>
            <w:proofErr w:type="gramEnd"/>
            <w:r w:rsidRPr="00F00D43">
              <w:rPr>
                <w:sz w:val="18"/>
                <w:lang w:val="es-CO"/>
              </w:rPr>
              <w:t>: _________</w:t>
            </w:r>
            <w:proofErr w:type="gramStart"/>
            <w:r w:rsidRPr="00F00D43">
              <w:rPr>
                <w:sz w:val="18"/>
                <w:lang w:val="es-CO"/>
              </w:rPr>
              <w:t>_  Resultado</w:t>
            </w:r>
            <w:proofErr w:type="gramEnd"/>
            <w:r w:rsidRPr="00F00D43">
              <w:rPr>
                <w:sz w:val="18"/>
                <w:lang w:val="es-CO"/>
              </w:rPr>
              <w:t>: _______________________</w:t>
            </w:r>
          </w:p>
        </w:tc>
      </w:tr>
    </w:tbl>
    <w:p w14:paraId="69680B38" w14:textId="77777777" w:rsidR="00C11021" w:rsidRPr="00F00D43" w:rsidRDefault="00C11021">
      <w:pPr>
        <w:spacing w:after="20"/>
        <w:rPr>
          <w:lang w:val="es-CO"/>
        </w:rPr>
      </w:pPr>
    </w:p>
    <w:p w14:paraId="57835E26" w14:textId="77777777" w:rsidR="00C11021" w:rsidRPr="00F00D43" w:rsidRDefault="00000000">
      <w:pPr>
        <w:pStyle w:val="Ttulo1"/>
        <w:rPr>
          <w:lang w:val="es-CO"/>
        </w:rPr>
      </w:pPr>
      <w:r w:rsidRPr="00F00D43">
        <w:rPr>
          <w:lang w:val="es-CO"/>
        </w:rPr>
        <w:t>9. Terminación</w:t>
      </w:r>
    </w:p>
    <w:p w14:paraId="65BFCCD7" w14:textId="77777777" w:rsidR="00C11021" w:rsidRPr="00F00D43" w:rsidRDefault="00000000">
      <w:pPr>
        <w:rPr>
          <w:lang w:val="es-CO"/>
        </w:rPr>
      </w:pPr>
      <w:r w:rsidRPr="00F00D43">
        <w:rPr>
          <w:lang w:val="es-CO"/>
        </w:rPr>
        <w:t>El contrato termina al vencimiento del plazo pactado, al culminar el programa o la etapa formativa prevista, por mutuo acuerdo escrito, por las causas legales aplicables o por incumplimiento grave, con respeto del debido proceso y de las garantías que correspondan. Cualquier terminación anticipada deberá documentarse por escrito, indicando sus motivos y fecha de efectividad.</w:t>
      </w:r>
    </w:p>
    <w:p w14:paraId="0A2249AC" w14:textId="77777777" w:rsidR="00C11021" w:rsidRPr="00F00D43" w:rsidRDefault="00000000">
      <w:pPr>
        <w:rPr>
          <w:lang w:val="es-CO"/>
        </w:rPr>
      </w:pPr>
      <w:r w:rsidRPr="00F00D43">
        <w:rPr>
          <w:lang w:val="es-CO"/>
        </w:rPr>
        <w:t>No se celebrará una nueva relación de aprendizaje luego de expirada una anterior, salvo los casos de cadena de formación permitidos por la normativa aplicable.</w:t>
      </w:r>
    </w:p>
    <w:p w14:paraId="6070FEBC" w14:textId="77777777" w:rsidR="00C11021" w:rsidRPr="00F00D43" w:rsidRDefault="00000000">
      <w:pPr>
        <w:pStyle w:val="Ttulo1"/>
        <w:rPr>
          <w:lang w:val="es-CO"/>
        </w:rPr>
      </w:pPr>
      <w:r w:rsidRPr="00F00D43">
        <w:rPr>
          <w:lang w:val="es-CO"/>
        </w:rPr>
        <w:t>10. Tratamiento de datos y comunicaciones</w:t>
      </w:r>
    </w:p>
    <w:p w14:paraId="69E9556D" w14:textId="77777777" w:rsidR="00C11021" w:rsidRPr="00F00D43" w:rsidRDefault="00000000">
      <w:pPr>
        <w:rPr>
          <w:lang w:val="es-CO"/>
        </w:rPr>
      </w:pPr>
      <w:r w:rsidRPr="00F00D43">
        <w:rPr>
          <w:lang w:val="es-CO"/>
        </w:rPr>
        <w:t>Las partes autorizan el tratamiento de los datos personales necesarios para ejecutar este contrato, realizar afiliaciones, pagos, seguimiento y cumplimiento de obligaciones legales. Las comunicaciones se enviarán a las direcciones y correos indicados en la identificación de las partes, salvo aviso escrito de actualización.</w:t>
      </w:r>
    </w:p>
    <w:p w14:paraId="377F1C5A" w14:textId="77777777" w:rsidR="00C11021" w:rsidRPr="00F00D43" w:rsidRDefault="00000000">
      <w:pPr>
        <w:pStyle w:val="Ttulo1"/>
        <w:rPr>
          <w:lang w:val="es-CO"/>
        </w:rPr>
      </w:pPr>
      <w:r w:rsidRPr="00F00D43">
        <w:rPr>
          <w:lang w:val="es-CO"/>
        </w:rPr>
        <w:t>11. Firmas</w:t>
      </w:r>
    </w:p>
    <w:p w14:paraId="226F75CC" w14:textId="77777777" w:rsidR="00C11021" w:rsidRPr="00F00D43" w:rsidRDefault="00000000">
      <w:pPr>
        <w:rPr>
          <w:lang w:val="es-CO"/>
        </w:rPr>
      </w:pPr>
      <w:r w:rsidRPr="00F00D43">
        <w:rPr>
          <w:lang w:val="es-CO"/>
        </w:rPr>
        <w:t xml:space="preserve">Leído y aceptado, se firma en ______________________________, el ____ de ______________ </w:t>
      </w:r>
      <w:proofErr w:type="spellStart"/>
      <w:r w:rsidRPr="00F00D43">
        <w:rPr>
          <w:lang w:val="es-CO"/>
        </w:rPr>
        <w:t>de</w:t>
      </w:r>
      <w:proofErr w:type="spellEnd"/>
      <w:r w:rsidRPr="00F00D43">
        <w:rPr>
          <w:lang w:val="es-CO"/>
        </w:rPr>
        <w:t xml:space="preserve"> ______, en dos ejemplares del mismo tenor.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C11021" w14:paraId="72938DCE" w14:textId="77777777">
        <w:trPr>
          <w:jc w:val="center"/>
        </w:trPr>
        <w:tc>
          <w:tcPr>
            <w:tcW w:w="45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06E96E" w14:textId="77777777" w:rsidR="00C11021" w:rsidRDefault="00000000">
            <w:pPr>
              <w:spacing w:before="20" w:after="20"/>
            </w:pPr>
            <w:r>
              <w:rPr>
                <w:b/>
                <w:sz w:val="18"/>
              </w:rPr>
              <w:t>EMPRESA PATROCINADORA</w:t>
            </w:r>
          </w:p>
        </w:tc>
        <w:tc>
          <w:tcPr>
            <w:tcW w:w="45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35DE08" w14:textId="77777777" w:rsidR="00C11021" w:rsidRDefault="00000000">
            <w:pPr>
              <w:spacing w:before="20" w:after="20"/>
            </w:pPr>
            <w:r>
              <w:rPr>
                <w:b/>
                <w:sz w:val="18"/>
              </w:rPr>
              <w:t>APRENDIZ</w:t>
            </w:r>
          </w:p>
        </w:tc>
      </w:tr>
      <w:tr w:rsidR="00C11021" w14:paraId="642E5D3C" w14:textId="77777777">
        <w:trPr>
          <w:jc w:val="center"/>
        </w:trPr>
        <w:tc>
          <w:tcPr>
            <w:tcW w:w="45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B3FAD2" w14:textId="77777777" w:rsidR="00C11021" w:rsidRDefault="00000000">
            <w:pPr>
              <w:spacing w:before="20" w:after="20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Firma: __________________________________</w:t>
            </w:r>
            <w:r>
              <w:rPr>
                <w:sz w:val="18"/>
              </w:rPr>
              <w:br/>
              <w:t>Nombre: _________________________________</w:t>
            </w:r>
            <w:r>
              <w:rPr>
                <w:sz w:val="18"/>
              </w:rPr>
              <w:br/>
              <w:t>Documento: _______________________________</w:t>
            </w:r>
            <w:r>
              <w:rPr>
                <w:sz w:val="18"/>
              </w:rPr>
              <w:br/>
              <w:t>Cargo: ___________________________________</w:t>
            </w:r>
          </w:p>
        </w:tc>
        <w:tc>
          <w:tcPr>
            <w:tcW w:w="45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A9FBD2" w14:textId="77777777" w:rsidR="00C11021" w:rsidRDefault="00000000">
            <w:pPr>
              <w:spacing w:before="20" w:after="20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Firma: __________________________________</w:t>
            </w:r>
            <w:r>
              <w:rPr>
                <w:sz w:val="18"/>
              </w:rPr>
              <w:br/>
              <w:t>Nombre: _________________________________</w:t>
            </w:r>
            <w:r>
              <w:rPr>
                <w:sz w:val="18"/>
              </w:rPr>
              <w:br/>
              <w:t>Documento: _______________________________</w:t>
            </w:r>
          </w:p>
        </w:tc>
      </w:tr>
      <w:tr w:rsidR="00C11021" w:rsidRPr="00F00D43" w14:paraId="6E60781E" w14:textId="77777777">
        <w:trPr>
          <w:jc w:val="center"/>
        </w:trPr>
        <w:tc>
          <w:tcPr>
            <w:tcW w:w="45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BBBE9B" w14:textId="77777777" w:rsidR="00C11021" w:rsidRPr="00F00D43" w:rsidRDefault="00000000">
            <w:pPr>
              <w:spacing w:before="20" w:after="20"/>
              <w:rPr>
                <w:lang w:val="es-CO"/>
              </w:rPr>
            </w:pPr>
            <w:r w:rsidRPr="00F00D43">
              <w:rPr>
                <w:b/>
                <w:sz w:val="18"/>
                <w:lang w:val="es-CO"/>
              </w:rPr>
              <w:t>ENTIDAD DE FORMACIÓN (si aplica)</w:t>
            </w:r>
          </w:p>
        </w:tc>
        <w:tc>
          <w:tcPr>
            <w:tcW w:w="45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8C2B27" w14:textId="77777777" w:rsidR="00C11021" w:rsidRPr="00F00D43" w:rsidRDefault="00000000">
            <w:pPr>
              <w:spacing w:before="20" w:after="20"/>
              <w:rPr>
                <w:lang w:val="es-CO"/>
              </w:rPr>
            </w:pPr>
            <w:r w:rsidRPr="00F00D43">
              <w:rPr>
                <w:b/>
                <w:sz w:val="18"/>
                <w:lang w:val="es-CO"/>
              </w:rPr>
              <w:t>TESTIGO O ACUDIENTE (si aplica)</w:t>
            </w:r>
          </w:p>
        </w:tc>
      </w:tr>
    </w:tbl>
    <w:p w14:paraId="05ED07F8" w14:textId="77777777" w:rsidR="00C11021" w:rsidRPr="00F00D43" w:rsidRDefault="00000000">
      <w:pPr>
        <w:rPr>
          <w:lang w:val="es-CO"/>
        </w:rPr>
      </w:pPr>
      <w:r w:rsidRPr="00F00D43">
        <w:rPr>
          <w:lang w:val="es-CO"/>
        </w:rPr>
        <w:br w:type="page"/>
      </w:r>
    </w:p>
    <w:p w14:paraId="71576C50" w14:textId="77777777" w:rsidR="00C11021" w:rsidRPr="00F00D43" w:rsidRDefault="00000000">
      <w:pPr>
        <w:pStyle w:val="Ttulo1"/>
        <w:rPr>
          <w:lang w:val="es-CO"/>
        </w:rPr>
      </w:pPr>
      <w:r w:rsidRPr="00F00D43">
        <w:rPr>
          <w:lang w:val="es-CO"/>
        </w:rPr>
        <w:lastRenderedPageBreak/>
        <w:t>Anexo Plan formativo</w:t>
      </w:r>
    </w:p>
    <w:p w14:paraId="41E3343F" w14:textId="77777777" w:rsidR="00C11021" w:rsidRPr="00F00D43" w:rsidRDefault="00000000">
      <w:pPr>
        <w:rPr>
          <w:lang w:val="es-CO"/>
        </w:rPr>
      </w:pPr>
      <w:r w:rsidRPr="00F00D43">
        <w:rPr>
          <w:lang w:val="es-CO"/>
        </w:rPr>
        <w:t>Este anexo hace parte integral del contrato de aprendizaje. Debe acordarse y actualizarse entre la empresa, el aprendiz y, cuando corresponda, la entidad de formación.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891"/>
        <w:gridCol w:w="6236"/>
      </w:tblGrid>
      <w:tr w:rsidR="00C11021" w:rsidRPr="00F00D43" w14:paraId="2A6D7C58" w14:textId="77777777">
        <w:trPr>
          <w:jc w:val="center"/>
        </w:trPr>
        <w:tc>
          <w:tcPr>
            <w:tcW w:w="2891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58200A" w14:textId="77777777" w:rsidR="00C11021" w:rsidRDefault="00000000">
            <w:pPr>
              <w:spacing w:before="20" w:after="20"/>
            </w:pPr>
            <w:proofErr w:type="spellStart"/>
            <w:r>
              <w:rPr>
                <w:b/>
                <w:sz w:val="18"/>
              </w:rPr>
              <w:t>Identificación</w:t>
            </w:r>
            <w:proofErr w:type="spellEnd"/>
          </w:p>
        </w:tc>
        <w:tc>
          <w:tcPr>
            <w:tcW w:w="62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D20098" w14:textId="77777777" w:rsidR="00C11021" w:rsidRPr="00F00D43" w:rsidRDefault="00000000">
            <w:pPr>
              <w:spacing w:before="20" w:after="20"/>
              <w:rPr>
                <w:lang w:val="es-CO"/>
              </w:rPr>
            </w:pPr>
            <w:r w:rsidRPr="00F00D43">
              <w:rPr>
                <w:sz w:val="18"/>
                <w:lang w:val="es-CO"/>
              </w:rPr>
              <w:t>Aprendiz: ______________________________________________________</w:t>
            </w:r>
            <w:r w:rsidRPr="00F00D43">
              <w:rPr>
                <w:sz w:val="18"/>
                <w:lang w:val="es-CO"/>
              </w:rPr>
              <w:br/>
              <w:t>Programa de formación: ___________________________________________</w:t>
            </w:r>
            <w:r w:rsidRPr="00F00D43">
              <w:rPr>
                <w:sz w:val="18"/>
                <w:lang w:val="es-CO"/>
              </w:rPr>
              <w:br/>
              <w:t>Empresa: _______________________________________________________</w:t>
            </w:r>
          </w:p>
        </w:tc>
      </w:tr>
      <w:tr w:rsidR="00C11021" w:rsidRPr="00F00D43" w14:paraId="73709589" w14:textId="77777777">
        <w:trPr>
          <w:jc w:val="center"/>
        </w:trPr>
        <w:tc>
          <w:tcPr>
            <w:tcW w:w="2891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480D7E" w14:textId="77777777" w:rsidR="00C11021" w:rsidRPr="00F00D43" w:rsidRDefault="00000000">
            <w:pPr>
              <w:spacing w:before="20" w:after="20"/>
              <w:rPr>
                <w:lang w:val="es-CO"/>
              </w:rPr>
            </w:pPr>
            <w:r w:rsidRPr="00F00D43">
              <w:rPr>
                <w:b/>
                <w:sz w:val="18"/>
                <w:lang w:val="es-CO"/>
              </w:rPr>
              <w:t>Resultado de aprendizaje u objetivo 1</w:t>
            </w:r>
          </w:p>
        </w:tc>
        <w:tc>
          <w:tcPr>
            <w:tcW w:w="62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3A6639" w14:textId="77777777" w:rsidR="00C11021" w:rsidRPr="00F00D43" w:rsidRDefault="00000000">
            <w:pPr>
              <w:spacing w:before="20" w:after="20"/>
              <w:rPr>
                <w:lang w:val="es-CO"/>
              </w:rPr>
            </w:pPr>
            <w:r w:rsidRPr="00F00D43">
              <w:rPr>
                <w:sz w:val="18"/>
                <w:lang w:val="es-CO"/>
              </w:rPr>
              <w:t>Descripción: ____________________________________________________</w:t>
            </w:r>
            <w:r w:rsidRPr="00F00D43">
              <w:rPr>
                <w:sz w:val="18"/>
                <w:lang w:val="es-CO"/>
              </w:rPr>
              <w:br/>
              <w:t>Actividad en la empresa: __________________________________________</w:t>
            </w:r>
            <w:r w:rsidRPr="00F00D43">
              <w:rPr>
                <w:sz w:val="18"/>
                <w:lang w:val="es-CO"/>
              </w:rPr>
              <w:br/>
              <w:t>Evidencia o indicador: ____________________________________________</w:t>
            </w:r>
            <w:r w:rsidRPr="00F00D43">
              <w:rPr>
                <w:sz w:val="18"/>
                <w:lang w:val="es-CO"/>
              </w:rPr>
              <w:br/>
              <w:t>Responsable: _____________________</w:t>
            </w:r>
            <w:proofErr w:type="gramStart"/>
            <w:r w:rsidRPr="00F00D43">
              <w:rPr>
                <w:sz w:val="18"/>
                <w:lang w:val="es-CO"/>
              </w:rPr>
              <w:t>_  Fecha</w:t>
            </w:r>
            <w:proofErr w:type="gramEnd"/>
            <w:r w:rsidRPr="00F00D43">
              <w:rPr>
                <w:sz w:val="18"/>
                <w:lang w:val="es-CO"/>
              </w:rPr>
              <w:t xml:space="preserve"> prevista: ______________</w:t>
            </w:r>
          </w:p>
        </w:tc>
      </w:tr>
      <w:tr w:rsidR="00C11021" w:rsidRPr="00F00D43" w14:paraId="4B06DAAE" w14:textId="77777777">
        <w:trPr>
          <w:jc w:val="center"/>
        </w:trPr>
        <w:tc>
          <w:tcPr>
            <w:tcW w:w="2891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259A49" w14:textId="77777777" w:rsidR="00C11021" w:rsidRPr="00F00D43" w:rsidRDefault="00000000">
            <w:pPr>
              <w:spacing w:before="20" w:after="20"/>
              <w:rPr>
                <w:lang w:val="es-CO"/>
              </w:rPr>
            </w:pPr>
            <w:r w:rsidRPr="00F00D43">
              <w:rPr>
                <w:b/>
                <w:sz w:val="18"/>
                <w:lang w:val="es-CO"/>
              </w:rPr>
              <w:t>Resultado de aprendizaje u objetivo 2</w:t>
            </w:r>
          </w:p>
        </w:tc>
        <w:tc>
          <w:tcPr>
            <w:tcW w:w="62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9CC38D" w14:textId="77777777" w:rsidR="00C11021" w:rsidRPr="00F00D43" w:rsidRDefault="00000000">
            <w:pPr>
              <w:spacing w:before="20" w:after="20"/>
              <w:rPr>
                <w:lang w:val="es-CO"/>
              </w:rPr>
            </w:pPr>
            <w:r w:rsidRPr="00F00D43">
              <w:rPr>
                <w:sz w:val="18"/>
                <w:lang w:val="es-CO"/>
              </w:rPr>
              <w:t>Descripción: ____________________________________________________</w:t>
            </w:r>
            <w:r w:rsidRPr="00F00D43">
              <w:rPr>
                <w:sz w:val="18"/>
                <w:lang w:val="es-CO"/>
              </w:rPr>
              <w:br/>
              <w:t>Actividad en la empresa: __________________________________________</w:t>
            </w:r>
            <w:r w:rsidRPr="00F00D43">
              <w:rPr>
                <w:sz w:val="18"/>
                <w:lang w:val="es-CO"/>
              </w:rPr>
              <w:br/>
              <w:t>Evidencia o indicador: ____________________________________________</w:t>
            </w:r>
            <w:r w:rsidRPr="00F00D43">
              <w:rPr>
                <w:sz w:val="18"/>
                <w:lang w:val="es-CO"/>
              </w:rPr>
              <w:br/>
              <w:t>Responsable: _____________________</w:t>
            </w:r>
            <w:proofErr w:type="gramStart"/>
            <w:r w:rsidRPr="00F00D43">
              <w:rPr>
                <w:sz w:val="18"/>
                <w:lang w:val="es-CO"/>
              </w:rPr>
              <w:t>_  Fecha</w:t>
            </w:r>
            <w:proofErr w:type="gramEnd"/>
            <w:r w:rsidRPr="00F00D43">
              <w:rPr>
                <w:sz w:val="18"/>
                <w:lang w:val="es-CO"/>
              </w:rPr>
              <w:t xml:space="preserve"> prevista: ______________</w:t>
            </w:r>
          </w:p>
        </w:tc>
      </w:tr>
      <w:tr w:rsidR="00C11021" w:rsidRPr="00F00D43" w14:paraId="7FE3DD3A" w14:textId="77777777">
        <w:trPr>
          <w:jc w:val="center"/>
        </w:trPr>
        <w:tc>
          <w:tcPr>
            <w:tcW w:w="2891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00129C" w14:textId="77777777" w:rsidR="00C11021" w:rsidRPr="00F00D43" w:rsidRDefault="00000000">
            <w:pPr>
              <w:spacing w:before="20" w:after="20"/>
              <w:rPr>
                <w:lang w:val="es-CO"/>
              </w:rPr>
            </w:pPr>
            <w:r w:rsidRPr="00F00D43">
              <w:rPr>
                <w:b/>
                <w:sz w:val="18"/>
                <w:lang w:val="es-CO"/>
              </w:rPr>
              <w:t>Resultado de aprendizaje u objetivo 3</w:t>
            </w:r>
          </w:p>
        </w:tc>
        <w:tc>
          <w:tcPr>
            <w:tcW w:w="62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D6DCDC" w14:textId="77777777" w:rsidR="00C11021" w:rsidRPr="00F00D43" w:rsidRDefault="00000000">
            <w:pPr>
              <w:spacing w:before="20" w:after="20"/>
              <w:rPr>
                <w:lang w:val="es-CO"/>
              </w:rPr>
            </w:pPr>
            <w:r w:rsidRPr="00F00D43">
              <w:rPr>
                <w:sz w:val="18"/>
                <w:lang w:val="es-CO"/>
              </w:rPr>
              <w:t>Descripción: ____________________________________________________</w:t>
            </w:r>
            <w:r w:rsidRPr="00F00D43">
              <w:rPr>
                <w:sz w:val="18"/>
                <w:lang w:val="es-CO"/>
              </w:rPr>
              <w:br/>
              <w:t>Actividad en la empresa: __________________________________________</w:t>
            </w:r>
            <w:r w:rsidRPr="00F00D43">
              <w:rPr>
                <w:sz w:val="18"/>
                <w:lang w:val="es-CO"/>
              </w:rPr>
              <w:br/>
              <w:t>Evidencia o indicador: ____________________________________________</w:t>
            </w:r>
            <w:r w:rsidRPr="00F00D43">
              <w:rPr>
                <w:sz w:val="18"/>
                <w:lang w:val="es-CO"/>
              </w:rPr>
              <w:br/>
              <w:t>Responsable: _____________________</w:t>
            </w:r>
            <w:proofErr w:type="gramStart"/>
            <w:r w:rsidRPr="00F00D43">
              <w:rPr>
                <w:sz w:val="18"/>
                <w:lang w:val="es-CO"/>
              </w:rPr>
              <w:t>_  Fecha</w:t>
            </w:r>
            <w:proofErr w:type="gramEnd"/>
            <w:r w:rsidRPr="00F00D43">
              <w:rPr>
                <w:sz w:val="18"/>
                <w:lang w:val="es-CO"/>
              </w:rPr>
              <w:t xml:space="preserve"> prevista: ______________</w:t>
            </w:r>
          </w:p>
        </w:tc>
      </w:tr>
      <w:tr w:rsidR="00C11021" w:rsidRPr="00F00D43" w14:paraId="36D29D50" w14:textId="77777777">
        <w:trPr>
          <w:jc w:val="center"/>
        </w:trPr>
        <w:tc>
          <w:tcPr>
            <w:tcW w:w="2891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AAFD31" w14:textId="77777777" w:rsidR="00C11021" w:rsidRPr="00F00D43" w:rsidRDefault="00000000">
            <w:pPr>
              <w:spacing w:before="20" w:after="20"/>
              <w:rPr>
                <w:lang w:val="es-CO"/>
              </w:rPr>
            </w:pPr>
            <w:r w:rsidRPr="00F00D43">
              <w:rPr>
                <w:b/>
                <w:sz w:val="18"/>
                <w:lang w:val="es-CO"/>
              </w:rPr>
              <w:t>Recursos y condiciones de seguridad</w:t>
            </w:r>
          </w:p>
        </w:tc>
        <w:tc>
          <w:tcPr>
            <w:tcW w:w="62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C03C35" w14:textId="77777777" w:rsidR="00C11021" w:rsidRPr="00F00D43" w:rsidRDefault="00000000">
            <w:pPr>
              <w:spacing w:before="20" w:after="20"/>
              <w:rPr>
                <w:lang w:val="es-CO"/>
              </w:rPr>
            </w:pPr>
            <w:r w:rsidRPr="00F00D43">
              <w:rPr>
                <w:sz w:val="18"/>
                <w:lang w:val="es-CO"/>
              </w:rPr>
              <w:t>Elementos, equipos, inducción y medidas preventivas: ____________________</w:t>
            </w:r>
            <w:r w:rsidRPr="00F00D43">
              <w:rPr>
                <w:sz w:val="18"/>
                <w:lang w:val="es-CO"/>
              </w:rPr>
              <w:br/>
              <w:t>________________________________________________________________________</w:t>
            </w:r>
          </w:p>
        </w:tc>
      </w:tr>
      <w:tr w:rsidR="00C11021" w14:paraId="28DAEFE6" w14:textId="77777777">
        <w:trPr>
          <w:jc w:val="center"/>
        </w:trPr>
        <w:tc>
          <w:tcPr>
            <w:tcW w:w="2891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E9DAA8" w14:textId="77777777" w:rsidR="00C11021" w:rsidRDefault="00000000">
            <w:pPr>
              <w:spacing w:before="20" w:after="20"/>
            </w:pPr>
            <w:proofErr w:type="spellStart"/>
            <w:r>
              <w:rPr>
                <w:b/>
                <w:sz w:val="18"/>
              </w:rPr>
              <w:t>Criterios</w:t>
            </w:r>
            <w:proofErr w:type="spellEnd"/>
            <w:r>
              <w:rPr>
                <w:b/>
                <w:sz w:val="18"/>
              </w:rPr>
              <w:t xml:space="preserve"> de </w:t>
            </w:r>
            <w:proofErr w:type="spellStart"/>
            <w:r>
              <w:rPr>
                <w:b/>
                <w:sz w:val="18"/>
              </w:rPr>
              <w:t>evaluación</w:t>
            </w:r>
            <w:proofErr w:type="spellEnd"/>
          </w:p>
        </w:tc>
        <w:tc>
          <w:tcPr>
            <w:tcW w:w="62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763BA4" w14:textId="77777777" w:rsidR="00C11021" w:rsidRDefault="00000000">
            <w:pPr>
              <w:spacing w:before="20" w:after="20"/>
            </w:pPr>
            <w:r>
              <w:rPr>
                <w:sz w:val="18"/>
              </w:rPr>
              <w:t>________________________________________________________________________</w:t>
            </w:r>
            <w:r>
              <w:rPr>
                <w:sz w:val="18"/>
              </w:rPr>
              <w:br/>
              <w:t>________________________________________________________________________</w:t>
            </w:r>
          </w:p>
        </w:tc>
      </w:tr>
      <w:tr w:rsidR="00C11021" w:rsidRPr="00F00D43" w14:paraId="2859967C" w14:textId="77777777">
        <w:trPr>
          <w:jc w:val="center"/>
        </w:trPr>
        <w:tc>
          <w:tcPr>
            <w:tcW w:w="2891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3224EA" w14:textId="77777777" w:rsidR="00C11021" w:rsidRDefault="00000000">
            <w:pPr>
              <w:spacing w:before="20" w:after="20"/>
            </w:pPr>
            <w:r>
              <w:rPr>
                <w:b/>
                <w:sz w:val="18"/>
              </w:rPr>
              <w:t>Aprobación</w:t>
            </w:r>
          </w:p>
        </w:tc>
        <w:tc>
          <w:tcPr>
            <w:tcW w:w="62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BF2776" w14:textId="77777777" w:rsidR="00C11021" w:rsidRPr="00F00D43" w:rsidRDefault="00000000">
            <w:pPr>
              <w:spacing w:before="20" w:after="20"/>
              <w:rPr>
                <w:lang w:val="es-CO"/>
              </w:rPr>
            </w:pPr>
            <w:r w:rsidRPr="00F00D43">
              <w:rPr>
                <w:sz w:val="18"/>
                <w:lang w:val="es-CO"/>
              </w:rPr>
              <w:t>Empresa: ___________________</w:t>
            </w:r>
            <w:proofErr w:type="gramStart"/>
            <w:r w:rsidRPr="00F00D43">
              <w:rPr>
                <w:sz w:val="18"/>
                <w:lang w:val="es-CO"/>
              </w:rPr>
              <w:t>_  Aprendiz</w:t>
            </w:r>
            <w:proofErr w:type="gramEnd"/>
            <w:r w:rsidRPr="00F00D43">
              <w:rPr>
                <w:sz w:val="18"/>
                <w:lang w:val="es-CO"/>
              </w:rPr>
              <w:t>: ____________________</w:t>
            </w:r>
            <w:r w:rsidRPr="00F00D43">
              <w:rPr>
                <w:sz w:val="18"/>
                <w:lang w:val="es-CO"/>
              </w:rPr>
              <w:br/>
              <w:t>Entidad de formación: ___________________</w:t>
            </w:r>
            <w:proofErr w:type="gramStart"/>
            <w:r w:rsidRPr="00F00D43">
              <w:rPr>
                <w:sz w:val="18"/>
                <w:lang w:val="es-CO"/>
              </w:rPr>
              <w:t>_  Fecha</w:t>
            </w:r>
            <w:proofErr w:type="gramEnd"/>
            <w:r w:rsidRPr="00F00D43">
              <w:rPr>
                <w:sz w:val="18"/>
                <w:lang w:val="es-CO"/>
              </w:rPr>
              <w:t>: ____________________</w:t>
            </w:r>
          </w:p>
        </w:tc>
      </w:tr>
    </w:tbl>
    <w:p w14:paraId="0FEEEADE" w14:textId="77777777" w:rsidR="00C11021" w:rsidRPr="00F00D43" w:rsidRDefault="00C11021">
      <w:pPr>
        <w:spacing w:after="20"/>
        <w:rPr>
          <w:lang w:val="es-CO"/>
        </w:rPr>
      </w:pPr>
    </w:p>
    <w:sectPr w:rsidR="00C11021" w:rsidRPr="00F00D43" w:rsidSect="00034616">
      <w:footerReference w:type="default" r:id="rId8"/>
      <w:pgSz w:w="12240" w:h="15840"/>
      <w:pgMar w:top="1247" w:right="1361" w:bottom="1134" w:left="136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391C6" w14:textId="77777777" w:rsidR="00C47FC5" w:rsidRDefault="00C47FC5">
      <w:pPr>
        <w:spacing w:after="0" w:line="240" w:lineRule="auto"/>
      </w:pPr>
      <w:r>
        <w:separator/>
      </w:r>
    </w:p>
  </w:endnote>
  <w:endnote w:type="continuationSeparator" w:id="0">
    <w:p w14:paraId="03008782" w14:textId="77777777" w:rsidR="00C47FC5" w:rsidRDefault="00C47F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B89C6" w14:textId="77777777" w:rsidR="00C11021" w:rsidRPr="00F00D43" w:rsidRDefault="00000000">
    <w:pPr>
      <w:pStyle w:val="Piedepgina"/>
      <w:jc w:val="center"/>
      <w:rPr>
        <w:lang w:val="es-CO"/>
      </w:rPr>
    </w:pPr>
    <w:r w:rsidRPr="00F00D43">
      <w:rPr>
        <w:sz w:val="16"/>
        <w:lang w:val="es-CO"/>
      </w:rPr>
      <w:t>Plantilla de contrato de aprendizaje Colombia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66598" w14:textId="77777777" w:rsidR="00C47FC5" w:rsidRDefault="00C47FC5">
      <w:pPr>
        <w:spacing w:after="0" w:line="240" w:lineRule="auto"/>
      </w:pPr>
      <w:r>
        <w:separator/>
      </w:r>
    </w:p>
  </w:footnote>
  <w:footnote w:type="continuationSeparator" w:id="0">
    <w:p w14:paraId="6A52F635" w14:textId="77777777" w:rsidR="00C47FC5" w:rsidRDefault="00C47F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17935542">
    <w:abstractNumId w:val="8"/>
  </w:num>
  <w:num w:numId="2" w16cid:durableId="1024283045">
    <w:abstractNumId w:val="6"/>
  </w:num>
  <w:num w:numId="3" w16cid:durableId="301347072">
    <w:abstractNumId w:val="5"/>
  </w:num>
  <w:num w:numId="4" w16cid:durableId="1713337380">
    <w:abstractNumId w:val="4"/>
  </w:num>
  <w:num w:numId="5" w16cid:durableId="1975210851">
    <w:abstractNumId w:val="7"/>
  </w:num>
  <w:num w:numId="6" w16cid:durableId="1291597215">
    <w:abstractNumId w:val="3"/>
  </w:num>
  <w:num w:numId="7" w16cid:durableId="1674449405">
    <w:abstractNumId w:val="2"/>
  </w:num>
  <w:num w:numId="8" w16cid:durableId="718630432">
    <w:abstractNumId w:val="1"/>
  </w:num>
  <w:num w:numId="9" w16cid:durableId="164367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94EDC"/>
    <w:rsid w:val="00C11021"/>
    <w:rsid w:val="00C47FC5"/>
    <w:rsid w:val="00CB0664"/>
    <w:rsid w:val="00F00D4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581745"/>
  <w14:defaultImageDpi w14:val="300"/>
  <w15:docId w15:val="{3FE5DFD8-3C2F-459F-BD35-DBDDF4535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/>
      <w:b/>
      <w:bCs/>
      <w:color w:val="000000"/>
      <w:sz w:val="24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color w:val="000000"/>
      <w:sz w:val="21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0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1546</Words>
  <Characters>8504</Characters>
  <Application>Microsoft Office Word</Application>
  <DocSecurity>0</DocSecurity>
  <Lines>70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10030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contrato de aprendizaje Colombia 2026</dc:title>
  <dc:subject/>
  <dc:creator/>
  <cp:keywords/>
  <dc:description>generated by python-docx</dc:description>
  <cp:lastModifiedBy>edgar andres chilatra rivas</cp:lastModifiedBy>
  <cp:revision>2</cp:revision>
  <dcterms:created xsi:type="dcterms:W3CDTF">2013-12-23T23:15:00Z</dcterms:created>
  <dcterms:modified xsi:type="dcterms:W3CDTF">2026-10-14T04:09:00Z</dcterms:modified>
  <cp:category/>
</cp:coreProperties>
</file>