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515FA" w14:textId="77777777" w:rsidR="00584BB6" w:rsidRPr="005313DB" w:rsidRDefault="00000000">
      <w:pPr>
        <w:pStyle w:val="Ttulo"/>
        <w:spacing w:after="200"/>
        <w:jc w:val="center"/>
        <w:rPr>
          <w:lang w:val="es-CO"/>
        </w:rPr>
      </w:pPr>
      <w:r w:rsidRPr="005313DB">
        <w:rPr>
          <w:lang w:val="es-CO"/>
        </w:rPr>
        <w:t>MEMORÁNDUM</w:t>
      </w:r>
    </w:p>
    <w:p w14:paraId="2788D93C" w14:textId="77777777" w:rsidR="00584BB6" w:rsidRPr="005313DB" w:rsidRDefault="00000000">
      <w:pPr>
        <w:spacing w:after="200"/>
        <w:jc w:val="right"/>
        <w:rPr>
          <w:rFonts w:hint="eastAsia"/>
          <w:lang w:val="es-CO"/>
        </w:rPr>
      </w:pPr>
      <w:r w:rsidRPr="005313DB">
        <w:rPr>
          <w:b/>
          <w:lang w:val="es-CO"/>
        </w:rPr>
        <w:t>N.º [000-AAAA]</w:t>
      </w:r>
    </w:p>
    <w:p w14:paraId="28E9735C" w14:textId="77777777" w:rsidR="00584BB6" w:rsidRPr="005313DB" w:rsidRDefault="00000000">
      <w:pPr>
        <w:spacing w:after="60"/>
        <w:rPr>
          <w:rFonts w:hint="eastAsia"/>
          <w:lang w:val="es-CO"/>
        </w:rPr>
      </w:pPr>
      <w:r w:rsidRPr="005313DB">
        <w:rPr>
          <w:b/>
          <w:lang w:val="es-CO"/>
        </w:rPr>
        <w:t xml:space="preserve">Para: </w:t>
      </w:r>
      <w:r w:rsidRPr="005313DB">
        <w:rPr>
          <w:lang w:val="es-CO"/>
        </w:rPr>
        <w:t>[Nombre, cargo o área destinataria]</w:t>
      </w:r>
    </w:p>
    <w:p w14:paraId="1EFB580E" w14:textId="77777777" w:rsidR="00584BB6" w:rsidRPr="005313DB" w:rsidRDefault="00000000">
      <w:pPr>
        <w:spacing w:after="60"/>
        <w:rPr>
          <w:rFonts w:hint="eastAsia"/>
          <w:lang w:val="es-CO"/>
        </w:rPr>
      </w:pPr>
      <w:r w:rsidRPr="005313DB">
        <w:rPr>
          <w:b/>
          <w:lang w:val="es-CO"/>
        </w:rPr>
        <w:t xml:space="preserve">De: </w:t>
      </w:r>
      <w:r w:rsidRPr="005313DB">
        <w:rPr>
          <w:lang w:val="es-CO"/>
        </w:rPr>
        <w:t>[Nombre, cargo o área remitente]</w:t>
      </w:r>
    </w:p>
    <w:p w14:paraId="2B6DDD70" w14:textId="77777777" w:rsidR="00584BB6" w:rsidRPr="005313DB" w:rsidRDefault="00000000">
      <w:pPr>
        <w:spacing w:after="60"/>
        <w:rPr>
          <w:rFonts w:hint="eastAsia"/>
          <w:lang w:val="es-CO"/>
        </w:rPr>
      </w:pPr>
      <w:r w:rsidRPr="005313DB">
        <w:rPr>
          <w:b/>
          <w:lang w:val="es-CO"/>
        </w:rPr>
        <w:t xml:space="preserve">Fecha: </w:t>
      </w:r>
      <w:r w:rsidRPr="005313DB">
        <w:rPr>
          <w:lang w:val="es-CO"/>
        </w:rPr>
        <w:t>[Día, mes y año]</w:t>
      </w:r>
    </w:p>
    <w:p w14:paraId="30D4EF0D" w14:textId="77777777" w:rsidR="00584BB6" w:rsidRPr="005313DB" w:rsidRDefault="00000000">
      <w:pPr>
        <w:spacing w:after="280"/>
        <w:rPr>
          <w:rFonts w:hint="eastAsia"/>
          <w:lang w:val="es-CO"/>
        </w:rPr>
      </w:pPr>
      <w:r w:rsidRPr="005313DB">
        <w:rPr>
          <w:b/>
          <w:lang w:val="es-CO"/>
        </w:rPr>
        <w:t xml:space="preserve">Asunto: </w:t>
      </w:r>
      <w:r w:rsidRPr="005313DB">
        <w:rPr>
          <w:lang w:val="es-CO"/>
        </w:rPr>
        <w:t>[Motivo concreto del memorándum]</w:t>
      </w:r>
    </w:p>
    <w:p w14:paraId="13548C08" w14:textId="77777777" w:rsidR="005313DB" w:rsidRDefault="005313DB">
      <w:pPr>
        <w:spacing w:after="200"/>
        <w:jc w:val="both"/>
        <w:rPr>
          <w:lang w:val="es-CO"/>
        </w:rPr>
      </w:pPr>
    </w:p>
    <w:p w14:paraId="76AAA6E7" w14:textId="77777777" w:rsidR="005313DB" w:rsidRDefault="005313DB">
      <w:pPr>
        <w:spacing w:after="200"/>
        <w:jc w:val="both"/>
        <w:rPr>
          <w:lang w:val="es-CO"/>
        </w:rPr>
      </w:pPr>
    </w:p>
    <w:p w14:paraId="73E385A2" w14:textId="2B264826" w:rsidR="00584BB6" w:rsidRPr="005313DB" w:rsidRDefault="00000000">
      <w:pPr>
        <w:spacing w:after="200"/>
        <w:jc w:val="both"/>
        <w:rPr>
          <w:rFonts w:hint="eastAsia"/>
          <w:lang w:val="es-CO"/>
        </w:rPr>
      </w:pPr>
      <w:r w:rsidRPr="005313DB">
        <w:rPr>
          <w:lang w:val="es-CO"/>
        </w:rPr>
        <w:t>Por medio del presente se informa que [explica de forma clara el motivo del memorándum].</w:t>
      </w:r>
    </w:p>
    <w:p w14:paraId="7A8A95BA" w14:textId="77777777" w:rsidR="00584BB6" w:rsidRPr="005313DB" w:rsidRDefault="00000000">
      <w:pPr>
        <w:spacing w:after="200"/>
        <w:jc w:val="both"/>
        <w:rPr>
          <w:rFonts w:hint="eastAsia"/>
          <w:lang w:val="es-CO"/>
        </w:rPr>
      </w:pPr>
      <w:r w:rsidRPr="005313DB">
        <w:rPr>
          <w:lang w:val="es-CO"/>
        </w:rPr>
        <w:t>[Incluye aquí los antecedentes o datos necesarios para que la persona comprenda la situación. Utiliza párrafos cortos y menciona únicamente información relacionada con el asunto.]</w:t>
      </w:r>
    </w:p>
    <w:p w14:paraId="319F06C5" w14:textId="77777777" w:rsidR="00584BB6" w:rsidRPr="005313DB" w:rsidRDefault="00000000">
      <w:pPr>
        <w:spacing w:after="200"/>
        <w:jc w:val="both"/>
        <w:rPr>
          <w:rFonts w:hint="eastAsia"/>
          <w:lang w:val="es-CO"/>
        </w:rPr>
      </w:pPr>
      <w:r w:rsidRPr="005313DB">
        <w:rPr>
          <w:lang w:val="es-CO"/>
        </w:rPr>
        <w:t>Se solicita [indica la acción que debe realizarse] antes del [fecha o plazo]. La respuesta o entrega deberá enviarse por medio de [correo, sistema, oficina o persona responsable].</w:t>
      </w:r>
    </w:p>
    <w:p w14:paraId="3CD37355" w14:textId="77777777" w:rsidR="00584BB6" w:rsidRPr="005313DB" w:rsidRDefault="00000000">
      <w:pPr>
        <w:spacing w:after="320"/>
        <w:jc w:val="both"/>
        <w:rPr>
          <w:rFonts w:hint="eastAsia"/>
          <w:lang w:val="es-CO"/>
        </w:rPr>
      </w:pPr>
      <w:r w:rsidRPr="005313DB">
        <w:rPr>
          <w:lang w:val="es-CO"/>
        </w:rPr>
        <w:t>Si necesitas aclarar alguna información, puedes comunicarte con [nombre o área responsable] a través de [dato de contacto].</w:t>
      </w:r>
    </w:p>
    <w:p w14:paraId="0ED51904" w14:textId="77777777" w:rsidR="005313DB" w:rsidRDefault="005313DB">
      <w:pPr>
        <w:spacing w:after="360"/>
        <w:rPr>
          <w:lang w:val="es-CO"/>
        </w:rPr>
      </w:pPr>
    </w:p>
    <w:p w14:paraId="084956AE" w14:textId="77777777" w:rsidR="005313DB" w:rsidRDefault="005313DB">
      <w:pPr>
        <w:spacing w:after="360"/>
        <w:rPr>
          <w:lang w:val="es-CO"/>
        </w:rPr>
      </w:pPr>
    </w:p>
    <w:p w14:paraId="16FC4D76" w14:textId="202D635B" w:rsidR="00584BB6" w:rsidRPr="005313DB" w:rsidRDefault="00000000">
      <w:pPr>
        <w:spacing w:after="360"/>
        <w:rPr>
          <w:rFonts w:hint="eastAsia"/>
          <w:lang w:val="es-CO"/>
        </w:rPr>
      </w:pPr>
      <w:r w:rsidRPr="005313DB">
        <w:rPr>
          <w:lang w:val="es-CO"/>
        </w:rPr>
        <w:t>Atentamente,</w:t>
      </w:r>
    </w:p>
    <w:p w14:paraId="68346994" w14:textId="77777777" w:rsidR="00584BB6" w:rsidRPr="005313DB" w:rsidRDefault="00000000">
      <w:pPr>
        <w:spacing w:after="0"/>
        <w:rPr>
          <w:rFonts w:hint="eastAsia"/>
          <w:lang w:val="es-CO"/>
        </w:rPr>
      </w:pPr>
      <w:r w:rsidRPr="005313DB">
        <w:rPr>
          <w:b/>
          <w:lang w:val="es-CO"/>
        </w:rPr>
        <w:t>[Nombre de la persona remitente]</w:t>
      </w:r>
    </w:p>
    <w:p w14:paraId="3DC33812" w14:textId="77777777" w:rsidR="00584BB6" w:rsidRPr="005313DB" w:rsidRDefault="00000000">
      <w:pPr>
        <w:spacing w:after="0"/>
        <w:rPr>
          <w:rFonts w:hint="eastAsia"/>
          <w:lang w:val="es-CO"/>
        </w:rPr>
      </w:pPr>
      <w:r w:rsidRPr="005313DB">
        <w:rPr>
          <w:lang w:val="es-CO"/>
        </w:rPr>
        <w:t>[Cargo]</w:t>
      </w:r>
    </w:p>
    <w:p w14:paraId="054AD433" w14:textId="77777777" w:rsidR="00584BB6" w:rsidRPr="005313DB" w:rsidRDefault="00000000">
      <w:pPr>
        <w:spacing w:after="240"/>
        <w:rPr>
          <w:rFonts w:hint="eastAsia"/>
          <w:lang w:val="es-CO"/>
        </w:rPr>
      </w:pPr>
      <w:r w:rsidRPr="005313DB">
        <w:rPr>
          <w:lang w:val="es-CO"/>
        </w:rPr>
        <w:t>[Área o empresa]</w:t>
      </w:r>
    </w:p>
    <w:p w14:paraId="5CBC7792" w14:textId="77777777" w:rsidR="005313DB" w:rsidRDefault="005313DB">
      <w:pPr>
        <w:spacing w:after="80"/>
        <w:rPr>
          <w:b/>
          <w:lang w:val="es-CO"/>
        </w:rPr>
      </w:pPr>
    </w:p>
    <w:p w14:paraId="5C19E073" w14:textId="77777777" w:rsidR="005313DB" w:rsidRDefault="005313DB">
      <w:pPr>
        <w:spacing w:after="80"/>
        <w:rPr>
          <w:b/>
          <w:lang w:val="es-CO"/>
        </w:rPr>
      </w:pPr>
    </w:p>
    <w:p w14:paraId="22BB4AD9" w14:textId="4543FBA6" w:rsidR="00584BB6" w:rsidRPr="005313DB" w:rsidRDefault="00000000">
      <w:pPr>
        <w:spacing w:after="80"/>
        <w:rPr>
          <w:rFonts w:hint="eastAsia"/>
          <w:b/>
          <w:lang w:val="es-CO"/>
        </w:rPr>
      </w:pPr>
      <w:r w:rsidRPr="005313DB">
        <w:rPr>
          <w:b/>
          <w:lang w:val="es-CO"/>
        </w:rPr>
        <w:t xml:space="preserve">Anexos opcionales: </w:t>
      </w:r>
      <w:r w:rsidRPr="005313DB">
        <w:rPr>
          <w:lang w:val="es-CO"/>
        </w:rPr>
        <w:t>[indica los documentos adjuntos o elimina esta línea]</w:t>
      </w:r>
    </w:p>
    <w:p w14:paraId="063321A8" w14:textId="77777777" w:rsidR="00584BB6" w:rsidRPr="005313DB" w:rsidRDefault="00000000">
      <w:pPr>
        <w:spacing w:after="240"/>
        <w:rPr>
          <w:rFonts w:hint="eastAsia"/>
          <w:lang w:val="es-CO"/>
        </w:rPr>
      </w:pPr>
      <w:r w:rsidRPr="005313DB">
        <w:rPr>
          <w:b/>
          <w:lang w:val="es-CO"/>
        </w:rPr>
        <w:t xml:space="preserve">Copia opcional: </w:t>
      </w:r>
      <w:r w:rsidRPr="005313DB">
        <w:rPr>
          <w:lang w:val="es-CO"/>
        </w:rPr>
        <w:t>[nombre o área que también debe recibir el documento]</w:t>
      </w:r>
    </w:p>
    <w:p w14:paraId="729ECDB2" w14:textId="67C4911D" w:rsidR="00584BB6" w:rsidRPr="005313DB" w:rsidRDefault="00584BB6">
      <w:pPr>
        <w:spacing w:after="0"/>
        <w:rPr>
          <w:rFonts w:hint="eastAsia"/>
          <w:lang w:val="es-CO"/>
        </w:rPr>
      </w:pPr>
    </w:p>
    <w:sectPr w:rsidR="00584BB6" w:rsidRPr="005313DB" w:rsidSect="00034616">
      <w:pgSz w:w="12240" w:h="15840"/>
      <w:pgMar w:top="1152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3724436">
    <w:abstractNumId w:val="8"/>
  </w:num>
  <w:num w:numId="2" w16cid:durableId="2068217274">
    <w:abstractNumId w:val="6"/>
  </w:num>
  <w:num w:numId="3" w16cid:durableId="442069400">
    <w:abstractNumId w:val="5"/>
  </w:num>
  <w:num w:numId="4" w16cid:durableId="305361144">
    <w:abstractNumId w:val="4"/>
  </w:num>
  <w:num w:numId="5" w16cid:durableId="1586452070">
    <w:abstractNumId w:val="7"/>
  </w:num>
  <w:num w:numId="6" w16cid:durableId="1702045983">
    <w:abstractNumId w:val="3"/>
  </w:num>
  <w:num w:numId="7" w16cid:durableId="2050369870">
    <w:abstractNumId w:val="2"/>
  </w:num>
  <w:num w:numId="8" w16cid:durableId="1569075216">
    <w:abstractNumId w:val="1"/>
  </w:num>
  <w:num w:numId="9" w16cid:durableId="1691830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C4667"/>
    <w:rsid w:val="005313DB"/>
    <w:rsid w:val="00584BB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60C0B8"/>
  <w14:defaultImageDpi w14:val="300"/>
  <w15:docId w15:val="{106240C7-A3CE-489C-83EA-6A26D4F2A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ptos" w:hAnsi="Aptos"/>
      <w:color w:val="00000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memorándum editable</dc:title>
  <dc:subject>Formato sencillo de memorándum estilo carta</dc:subject>
  <dc:creator>ColConectada</dc:creator>
  <cp:keywords>memorándum, plantilla, formato, Word</cp:keywords>
  <dc:description>generated by python-docx</dc:description>
  <cp:lastModifiedBy>edgar andres chilatra rivas</cp:lastModifiedBy>
  <cp:revision>2</cp:revision>
  <dcterms:created xsi:type="dcterms:W3CDTF">2013-12-23T23:15:00Z</dcterms:created>
  <dcterms:modified xsi:type="dcterms:W3CDTF">2026-09-28T22:43:00Z</dcterms:modified>
  <cp:category/>
</cp:coreProperties>
</file>