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59" w:lineRule="auto"/>
        <w:jc w:val="center"/>
      </w:pPr>
      <w:r>
        <w:rPr>
          <w:rFonts w:ascii="Arial" w:hAnsi="Arial"/>
          <w:b/>
          <w:i w:val="0"/>
          <w:color w:val="000000"/>
          <w:sz w:val="30"/>
        </w:rPr>
        <w:t>CARTA PODER</w:t>
      </w:r>
    </w:p>
    <w:p>
      <w:pPr>
        <w:spacing w:before="0" w:after="200" w:line="259" w:lineRule="auto"/>
        <w:jc w:val="center"/>
      </w:pPr>
      <w:r>
        <w:rPr>
          <w:rFonts w:ascii="Arial" w:hAnsi="Arial"/>
          <w:b w:val="0"/>
          <w:i/>
          <w:color w:val="000000"/>
          <w:sz w:val="19"/>
        </w:rPr>
        <w:t>Plantilla para autorización de un trámite específico</w:t>
      </w:r>
    </w:p>
    <w:p>
      <w:pPr>
        <w:spacing w:before="0" w:after="160" w:line="259" w:lineRule="auto"/>
        <w:jc w:val="right"/>
      </w:pPr>
      <w:r>
        <w:rPr>
          <w:rFonts w:ascii="Arial" w:hAnsi="Arial"/>
          <w:b w:val="0"/>
          <w:i w:val="0"/>
          <w:color w:val="000000"/>
          <w:sz w:val="20"/>
        </w:rPr>
        <w:t>Ciudad y fecha: [Ciudad], [día] de [mes] de [año]</w:t>
      </w:r>
    </w:p>
    <w:p>
      <w:pPr>
        <w:spacing w:before="0" w:after="100" w:line="259" w:lineRule="auto"/>
      </w:pPr>
      <w:r>
        <w:rPr>
          <w:rFonts w:ascii="Arial" w:hAnsi="Arial"/>
          <w:b/>
          <w:i w:val="0"/>
          <w:color w:val="000000"/>
          <w:sz w:val="21"/>
        </w:rPr>
        <w:t>Señores</w:t>
      </w:r>
    </w:p>
    <w:p>
      <w:pPr>
        <w:spacing w:before="0" w:after="160" w:line="259" w:lineRule="auto"/>
      </w:pPr>
      <w:r>
        <w:rPr>
          <w:rFonts w:ascii="Arial" w:hAnsi="Arial"/>
          <w:b w:val="0"/>
          <w:i w:val="0"/>
          <w:color w:val="000000"/>
          <w:sz w:val="21"/>
        </w:rPr>
        <w:t>[Nombre de la entidad, empresa o dependencia]</w:t>
      </w:r>
      <w:r>
        <w:rPr>
          <w:rFonts w:ascii="Arial" w:hAnsi="Arial"/>
          <w:b w:val="0"/>
          <w:i w:val="0"/>
          <w:color w:val="000000"/>
          <w:sz w:val="21"/>
        </w:rPr>
        <w:br/>
        <w:t>[Ciudad]</w:t>
      </w:r>
    </w:p>
    <w:p>
      <w:pPr>
        <w:spacing w:before="0" w:after="200" w:line="259" w:lineRule="auto"/>
      </w:pPr>
      <w:r>
        <w:rPr>
          <w:rFonts w:ascii="Arial" w:hAnsi="Arial"/>
          <w:b/>
          <w:i w:val="0"/>
          <w:color w:val="000000"/>
          <w:sz w:val="21"/>
        </w:rPr>
        <w:t xml:space="preserve">Asunto: </w:t>
      </w:r>
      <w:r>
        <w:rPr>
          <w:rFonts w:ascii="Arial" w:hAnsi="Arial"/>
          <w:b w:val="0"/>
          <w:i w:val="0"/>
          <w:color w:val="000000"/>
          <w:sz w:val="21"/>
        </w:rPr>
        <w:t>Autorización para [indicar trámite específico]</w:t>
      </w:r>
    </w:p>
    <w:p>
      <w:pPr>
        <w:spacing w:before="0" w:after="160" w:line="259" w:lineRule="auto"/>
      </w:pPr>
      <w:r>
        <w:rPr>
          <w:rFonts w:ascii="Arial" w:hAnsi="Arial"/>
          <w:b w:val="0"/>
          <w:i w:val="0"/>
          <w:color w:val="000000"/>
          <w:sz w:val="21"/>
        </w:rPr>
        <w:t xml:space="preserve">Por medio de la presente, yo, </w:t>
      </w:r>
      <w:r>
        <w:rPr>
          <w:rFonts w:ascii="Arial" w:hAnsi="Arial"/>
          <w:b/>
          <w:i w:val="0"/>
          <w:color w:val="000000"/>
          <w:sz w:val="21"/>
        </w:rPr>
        <w:t>[nombre completo del otorgante]</w:t>
      </w:r>
      <w:r>
        <w:rPr>
          <w:rFonts w:ascii="Arial" w:hAnsi="Arial"/>
          <w:b w:val="0"/>
          <w:i w:val="0"/>
          <w:color w:val="000000"/>
          <w:sz w:val="21"/>
        </w:rPr>
        <w:t xml:space="preserve">, identificado(a) con [tipo y número de documento], otorgo poder especial y limitado a </w:t>
      </w:r>
      <w:r>
        <w:rPr>
          <w:rFonts w:ascii="Arial" w:hAnsi="Arial"/>
          <w:b/>
          <w:i w:val="0"/>
          <w:color w:val="000000"/>
          <w:sz w:val="21"/>
        </w:rPr>
        <w:t>[nombre completo del apoderado o autorizado]</w:t>
      </w:r>
      <w:r>
        <w:rPr>
          <w:rFonts w:ascii="Arial" w:hAnsi="Arial"/>
          <w:b w:val="0"/>
          <w:i w:val="0"/>
          <w:color w:val="000000"/>
          <w:sz w:val="21"/>
        </w:rPr>
        <w:t>, identificado(a) con [tipo y número de documento], exclusivamente para realizar el trámite que se describe a continuación ante la entidad indicada.</w:t>
      </w:r>
    </w:p>
    <w:p>
      <w:pPr>
        <w:spacing w:before="16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>DATOS DEL OTORGANTE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Nombre completo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[Escriba nombres y apellidos]</w:t>
            </w:r>
          </w:p>
        </w:tc>
      </w:tr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Documento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[Tipo de documento y número]</w:t>
            </w:r>
          </w:p>
        </w:tc>
      </w:tr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Dirección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[Dirección de residencia]</w:t>
            </w:r>
          </w:p>
        </w:tc>
      </w:tr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Teléfono y correo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[Número de contacto] | [Correo electrónico]</w:t>
            </w:r>
          </w:p>
        </w:tc>
      </w:tr>
    </w:tbl>
    <w:p>
      <w:pPr>
        <w:spacing w:after="20"/>
      </w:pPr>
    </w:p>
    <w:p>
      <w:pPr>
        <w:spacing w:before="16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>DATOS DEL AUTORIZADO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Nombre completo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[Escriba nombres y apellidos]</w:t>
            </w:r>
          </w:p>
        </w:tc>
      </w:tr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Documento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[Tipo de documento y número]</w:t>
            </w:r>
          </w:p>
        </w:tc>
      </w:tr>
      <w:tr>
        <w:tc>
          <w:tcPr>
            <w:tcW w:type="dxa" w:w="2268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Teléfono y correo</w:t>
            </w:r>
          </w:p>
        </w:tc>
        <w:tc>
          <w:tcPr>
            <w:tcW w:type="dxa" w:w="6803"/>
            <w:vAlign w:val="center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[Número de contacto] | [Correo electrónico]</w:t>
            </w:r>
          </w:p>
        </w:tc>
      </w:tr>
    </w:tbl>
    <w:p>
      <w:pPr>
        <w:spacing w:after="20"/>
      </w:pPr>
    </w:p>
    <w:p>
      <w:pPr>
        <w:spacing w:before="16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>TRÁMITE AUTORIZADO</w:t>
      </w:r>
    </w:p>
    <w:p>
      <w:pPr>
        <w:spacing w:before="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 xml:space="preserve">Descripción clara del trámite: </w:t>
      </w:r>
      <w:r>
        <w:rPr>
          <w:rFonts w:ascii="Arial" w:hAnsi="Arial"/>
          <w:b w:val="0"/>
          <w:i w:val="0"/>
          <w:color w:val="000000"/>
          <w:sz w:val="20"/>
        </w:rPr>
        <w:t>[Indique qué gestión realizará, número de solicitud o referencia, y la entidad ante la cual se presenta.]</w:t>
      </w:r>
    </w:p>
    <w:p>
      <w:pPr>
        <w:spacing w:before="0" w:after="100" w:line="259" w:lineRule="auto"/>
      </w:pPr>
      <w:r>
        <w:rPr>
          <w:rFonts w:ascii="Arial" w:hAnsi="Arial"/>
          <w:b w:val="0"/>
          <w:i w:val="0"/>
          <w:color w:val="000000"/>
          <w:sz w:val="20"/>
        </w:rPr>
        <w:t>________________________________________________________________________________</w:t>
      </w:r>
    </w:p>
    <w:p>
      <w:pPr>
        <w:spacing w:before="0" w:after="140" w:line="259" w:lineRule="auto"/>
      </w:pPr>
      <w:r>
        <w:rPr>
          <w:rFonts w:ascii="Arial" w:hAnsi="Arial"/>
          <w:b w:val="0"/>
          <w:i w:val="0"/>
          <w:color w:val="000000"/>
          <w:sz w:val="20"/>
        </w:rPr>
        <w:t>________________________________________________________________________________</w:t>
      </w:r>
    </w:p>
    <w:p>
      <w:pPr>
        <w:spacing w:before="16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>FACULTADES ESPECÍFICAS</w:t>
      </w:r>
    </w:p>
    <w:p>
      <w:pPr>
        <w:spacing w:before="0" w:after="60" w:line="259" w:lineRule="auto"/>
      </w:pPr>
      <w:r>
        <w:rPr>
          <w:rFonts w:ascii="Arial" w:hAnsi="Arial"/>
          <w:b w:val="0"/>
          <w:i w:val="0"/>
          <w:color w:val="000000"/>
          <w:sz w:val="21"/>
        </w:rPr>
        <w:t>El autorizado podrá únicamente:</w:t>
      </w:r>
    </w:p>
    <w:p>
      <w:pPr>
        <w:spacing w:before="0" w:after="40" w:line="259" w:lineRule="auto"/>
        <w:ind w:left="312" w:hanging="255"/>
      </w:pPr>
      <w:r>
        <w:rPr>
          <w:rFonts w:ascii="Arial" w:hAnsi="Arial"/>
          <w:b w:val="0"/>
          <w:i w:val="0"/>
          <w:color w:val="000000"/>
          <w:sz w:val="20"/>
        </w:rPr>
        <w:t>•  Presentar, radicar y recibir los documentos relacionados con el trámite descrito.</w:t>
      </w:r>
    </w:p>
    <w:p>
      <w:pPr>
        <w:spacing w:before="0" w:after="40" w:line="259" w:lineRule="auto"/>
        <w:ind w:left="312" w:hanging="255"/>
      </w:pPr>
      <w:r>
        <w:rPr>
          <w:rFonts w:ascii="Arial" w:hAnsi="Arial"/>
          <w:b w:val="0"/>
          <w:i w:val="0"/>
          <w:color w:val="000000"/>
          <w:sz w:val="20"/>
        </w:rPr>
        <w:t>•  Solicitar y recibir información, constancias o respuestas vinculadas exclusivamente a dicho trámite.</w:t>
      </w:r>
    </w:p>
    <w:p>
      <w:pPr>
        <w:spacing w:before="0" w:after="40" w:line="259" w:lineRule="auto"/>
        <w:ind w:left="312" w:hanging="255"/>
      </w:pPr>
      <w:r>
        <w:rPr>
          <w:rFonts w:ascii="Arial" w:hAnsi="Arial"/>
          <w:b w:val="0"/>
          <w:i w:val="0"/>
          <w:color w:val="000000"/>
          <w:sz w:val="20"/>
        </w:rPr>
        <w:t>•  Firmar los formatos o comprobantes indispensables para culminar la gestión, cuando la entidad lo admita.</w:t>
      </w:r>
    </w:p>
    <w:p>
      <w:pPr>
        <w:spacing w:before="0" w:after="140" w:line="259" w:lineRule="auto"/>
      </w:pPr>
      <w:r>
        <w:rPr>
          <w:rFonts w:ascii="Arial" w:hAnsi="Arial"/>
          <w:b w:val="0"/>
          <w:i/>
          <w:color w:val="000000"/>
          <w:sz w:val="19"/>
        </w:rPr>
        <w:t>Esta autorización no permite transferir derechos, disponer de bienes, contraer obligaciones, recibir dinero ni delegar este poder, salvo que se deje expresamente indicado en esta carta.</w:t>
      </w:r>
    </w:p>
    <w:p>
      <w:pPr>
        <w:spacing w:before="16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>VIGENCIA</w:t>
      </w:r>
    </w:p>
    <w:p>
      <w:pPr>
        <w:spacing w:before="0" w:after="140" w:line="259" w:lineRule="auto"/>
      </w:pPr>
      <w:r>
        <w:rPr>
          <w:rFonts w:ascii="Arial" w:hAnsi="Arial"/>
          <w:b w:val="0"/>
          <w:i w:val="0"/>
          <w:color w:val="000000"/>
          <w:sz w:val="21"/>
        </w:rPr>
        <w:t>Esta carta poder tendrá vigencia desde la fecha de firma hasta [fecha de finalización] / la conclusión del trámite descrito, lo que ocurra primero.</w:t>
      </w:r>
    </w:p>
    <w:p>
      <w:pPr>
        <w:spacing w:before="160" w:after="60" w:line="259" w:lineRule="auto"/>
      </w:pPr>
      <w:r>
        <w:rPr>
          <w:rFonts w:ascii="Arial" w:hAnsi="Arial"/>
          <w:b/>
          <w:i w:val="0"/>
          <w:color w:val="000000"/>
          <w:sz w:val="20"/>
        </w:rPr>
        <w:t>ANEXOS OPCIONALES</w:t>
      </w:r>
    </w:p>
    <w:p>
      <w:pPr>
        <w:spacing w:before="0" w:after="200" w:line="259" w:lineRule="auto"/>
      </w:pPr>
      <w:r>
        <w:rPr>
          <w:rFonts w:ascii="Arial" w:hAnsi="Arial"/>
          <w:b w:val="0"/>
          <w:i w:val="0"/>
          <w:color w:val="000000"/>
          <w:sz w:val="19"/>
        </w:rPr>
        <w:t>☐ Copia del documento del otorgante    ☐ Copia del documento del autorizado    ☐ Soporte del trámite    ☐ Otro: [indicar]</w:t>
      </w:r>
    </w:p>
    <w:p>
      <w:pPr>
        <w:spacing w:before="0" w:after="200" w:line="259" w:lineRule="auto"/>
      </w:pPr>
      <w:r>
        <w:rPr>
          <w:rFonts w:ascii="Arial" w:hAnsi="Arial"/>
          <w:b w:val="0"/>
          <w:i w:val="0"/>
          <w:color w:val="000000"/>
          <w:sz w:val="21"/>
        </w:rPr>
        <w:t>Atentamente,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422"/>
            <w:vAlign w:val="bottom"/>
            <w:tcMar>
              <w:top w:w="2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2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__________________________________</w:t>
            </w:r>
          </w:p>
          <w:p>
            <w:pPr>
              <w:spacing w:before="0" w:after="2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Firma del otorgante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Nombre: [________________________]</w:t>
            </w: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  <w:t>Documento: [____________________]</w:t>
            </w:r>
          </w:p>
        </w:tc>
        <w:tc>
          <w:tcPr>
            <w:tcW w:type="dxa" w:w="4422"/>
            <w:vAlign w:val="bottom"/>
            <w:tcMar>
              <w:top w:w="2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2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20"/>
              </w:rPr>
              <w:t>__________________________________</w:t>
            </w:r>
          </w:p>
          <w:p>
            <w:pPr>
              <w:spacing w:before="0" w:after="20" w:line="259" w:lineRule="auto"/>
            </w:pPr>
            <w:r>
              <w:rPr>
                <w:rFonts w:ascii="Arial" w:hAnsi="Arial"/>
                <w:b/>
                <w:i w:val="0"/>
                <w:color w:val="000000"/>
                <w:sz w:val="19"/>
              </w:rPr>
              <w:t>Aceptación del autorizado (opcional)</w:t>
            </w:r>
          </w:p>
          <w:p>
            <w:pPr>
              <w:spacing w:before="0" w:after="0" w:line="259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Nombre: [________________________]</w:t>
            </w: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br/>
              <w:t>Documento: [____________________]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/>
        <w:b w:val="0"/>
        <w:i/>
        <w:color w:val="000000"/>
        <w:sz w:val="16"/>
      </w:rPr>
      <w:t>Complete los campos entre corchetes antes de imprimir. Verifique los requisitos de la entidad receptora.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poder</dc:title>
  <dc:subject>Plantilla editable para autorización de un trámite específico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