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3D9A5" w14:textId="06950F56" w:rsidR="00771474" w:rsidRDefault="00771474">
      <w:pPr>
        <w:spacing w:after="360"/>
        <w:jc w:val="right"/>
        <w:rPr>
          <w:lang w:val="es-CO"/>
        </w:rPr>
      </w:pPr>
      <w:r w:rsidRPr="00771474">
        <w:rPr>
          <w:lang w:val="es-CO"/>
        </w:rPr>
        <w:t>[</w:t>
      </w:r>
      <w:r>
        <w:rPr>
          <w:lang w:val="es-CO"/>
        </w:rPr>
        <w:t>Nombre de la empresa</w:t>
      </w:r>
      <w:r w:rsidRPr="00771474">
        <w:rPr>
          <w:lang w:val="es-CO"/>
        </w:rPr>
        <w:t>]</w:t>
      </w:r>
    </w:p>
    <w:p w14:paraId="57DA131E" w14:textId="74A48589" w:rsidR="00A66B07" w:rsidRPr="00771474" w:rsidRDefault="00000000">
      <w:pPr>
        <w:spacing w:after="360"/>
        <w:jc w:val="right"/>
        <w:rPr>
          <w:lang w:val="es-CO"/>
        </w:rPr>
      </w:pPr>
      <w:r w:rsidRPr="00771474">
        <w:rPr>
          <w:lang w:val="es-CO"/>
        </w:rPr>
        <w:t>[Ciudad], [fecha]</w:t>
      </w:r>
    </w:p>
    <w:p w14:paraId="641C3BC4" w14:textId="77777777" w:rsidR="00A66B07" w:rsidRPr="00771474" w:rsidRDefault="00000000">
      <w:pPr>
        <w:spacing w:after="240"/>
        <w:rPr>
          <w:lang w:val="es-CO"/>
        </w:rPr>
      </w:pPr>
      <w:r w:rsidRPr="00771474">
        <w:rPr>
          <w:b/>
          <w:lang w:val="es-CO"/>
        </w:rPr>
        <w:t>A quien corresponda:</w:t>
      </w:r>
    </w:p>
    <w:p w14:paraId="568D9A2A" w14:textId="77777777" w:rsidR="00771474" w:rsidRPr="00771474" w:rsidRDefault="00771474">
      <w:pPr>
        <w:ind w:firstLine="432"/>
        <w:rPr>
          <w:lang w:val="es-CO"/>
        </w:rPr>
      </w:pPr>
    </w:p>
    <w:p w14:paraId="2A2DAE30" w14:textId="40E2C432" w:rsidR="00A66B07" w:rsidRPr="00771474" w:rsidRDefault="00000000" w:rsidP="00771474">
      <w:pPr>
        <w:rPr>
          <w:lang w:val="es-CO"/>
        </w:rPr>
      </w:pPr>
      <w:r w:rsidRPr="00771474">
        <w:rPr>
          <w:lang w:val="es-CO"/>
        </w:rPr>
        <w:t>Por medio de la presente deseo recomendar a [nombre completo de la persona recomendada], con quien tuve la oportunidad de trabajar durante [periodo o tiempo de relación laboral] en [nombre de la empresa], donde se desempeñó como [cargo].</w:t>
      </w:r>
    </w:p>
    <w:p w14:paraId="35803510" w14:textId="77777777" w:rsidR="00A66B07" w:rsidRPr="00771474" w:rsidRDefault="00000000" w:rsidP="00771474">
      <w:pPr>
        <w:rPr>
          <w:lang w:val="es-CO"/>
        </w:rPr>
      </w:pPr>
      <w:r w:rsidRPr="00771474">
        <w:rPr>
          <w:lang w:val="es-CO"/>
        </w:rPr>
        <w:t>Durante este periodo, [nombre] estuvo a cargo principalmente de [mencionar funciones o responsabilidades principales]. En el desarrollo de su trabajo demostró [mencionar habilidades o cualidades que realmente haya observado].</w:t>
      </w:r>
    </w:p>
    <w:p w14:paraId="1280878C" w14:textId="77777777" w:rsidR="00A66B07" w:rsidRPr="00771474" w:rsidRDefault="00000000" w:rsidP="00771474">
      <w:pPr>
        <w:rPr>
          <w:lang w:val="es-CO"/>
        </w:rPr>
      </w:pPr>
      <w:r w:rsidRPr="00771474">
        <w:rPr>
          <w:lang w:val="es-CO"/>
        </w:rPr>
        <w:t>Entre sus aportes destaco [describir un logro, proyecto, mejora o resultado concreto]. Este ejemplo refleja su capacidad para [explicar brevemente qué habilidad o forma de trabajar demuestra ese resultado].</w:t>
      </w:r>
    </w:p>
    <w:p w14:paraId="67DCCC71" w14:textId="77777777" w:rsidR="00A66B07" w:rsidRPr="00771474" w:rsidRDefault="00000000" w:rsidP="00771474">
      <w:pPr>
        <w:rPr>
          <w:lang w:val="es-CO"/>
        </w:rPr>
      </w:pPr>
      <w:r w:rsidRPr="00771474">
        <w:rPr>
          <w:lang w:val="es-CO"/>
        </w:rPr>
        <w:t>Además de su desempeño profesional, mantuvo una buena relación con [equipo, clientes, proveedores u otras personas con las que trabajó] y cumplió de manera adecuada con las responsabilidades asignadas.</w:t>
      </w:r>
    </w:p>
    <w:p w14:paraId="1C9BE8F0" w14:textId="77777777" w:rsidR="00A66B07" w:rsidRPr="00771474" w:rsidRDefault="00000000" w:rsidP="00771474">
      <w:pPr>
        <w:rPr>
          <w:lang w:val="es-CO"/>
        </w:rPr>
      </w:pPr>
      <w:r w:rsidRPr="00771474">
        <w:rPr>
          <w:lang w:val="es-CO"/>
        </w:rPr>
        <w:t>Por lo anterior, recomiendo a [nombre] para oportunidades laborales relacionadas con [área, cargo o tipo de funciones, si aplica]. Considero que su experiencia y forma de trabajar pueden aportar positivamente en futuros proyectos profesionales.</w:t>
      </w:r>
    </w:p>
    <w:p w14:paraId="24440985" w14:textId="4E64B33F" w:rsidR="00A66B07" w:rsidRPr="00771474" w:rsidRDefault="00000000" w:rsidP="00771474">
      <w:pPr>
        <w:spacing w:after="400"/>
        <w:rPr>
          <w:lang w:val="es-CO"/>
        </w:rPr>
      </w:pPr>
      <w:r w:rsidRPr="00771474">
        <w:rPr>
          <w:lang w:val="es-CO"/>
        </w:rPr>
        <w:t>Quedo disponible en caso de que se requiera información adicional sobre su experiencia o desempeño.</w:t>
      </w:r>
    </w:p>
    <w:p w14:paraId="131F50D9" w14:textId="77777777" w:rsidR="00771474" w:rsidRDefault="00771474">
      <w:pPr>
        <w:spacing w:after="560"/>
        <w:rPr>
          <w:lang w:val="es-CO"/>
        </w:rPr>
      </w:pPr>
    </w:p>
    <w:p w14:paraId="612DEDFC" w14:textId="78DA5B75" w:rsidR="00A66B07" w:rsidRPr="00771474" w:rsidRDefault="00000000">
      <w:pPr>
        <w:spacing w:after="560"/>
        <w:rPr>
          <w:lang w:val="es-CO"/>
        </w:rPr>
      </w:pPr>
      <w:r w:rsidRPr="00771474">
        <w:rPr>
          <w:lang w:val="es-CO"/>
        </w:rPr>
        <w:t>Cordialmente,</w:t>
      </w:r>
    </w:p>
    <w:p w14:paraId="5F862DE6" w14:textId="77777777" w:rsidR="00771474" w:rsidRDefault="00771474">
      <w:pPr>
        <w:spacing w:after="40"/>
        <w:rPr>
          <w:lang w:val="es-CO"/>
        </w:rPr>
      </w:pPr>
    </w:p>
    <w:p w14:paraId="28514369" w14:textId="77777777" w:rsidR="00771474" w:rsidRDefault="00771474">
      <w:pPr>
        <w:spacing w:after="40"/>
        <w:rPr>
          <w:lang w:val="es-CO"/>
        </w:rPr>
      </w:pPr>
    </w:p>
    <w:p w14:paraId="5408E776" w14:textId="77777777" w:rsidR="00771474" w:rsidRDefault="00771474">
      <w:pPr>
        <w:spacing w:after="40"/>
        <w:rPr>
          <w:lang w:val="es-CO"/>
        </w:rPr>
      </w:pPr>
    </w:p>
    <w:p w14:paraId="3A0FBF01" w14:textId="5093E018" w:rsidR="00A66B07" w:rsidRPr="00771474" w:rsidRDefault="00000000">
      <w:pPr>
        <w:spacing w:after="40"/>
        <w:rPr>
          <w:lang w:val="es-CO"/>
        </w:rPr>
      </w:pPr>
      <w:r w:rsidRPr="00771474">
        <w:rPr>
          <w:lang w:val="es-CO"/>
        </w:rPr>
        <w:t>[Firma]</w:t>
      </w:r>
    </w:p>
    <w:p w14:paraId="091F56C5" w14:textId="77777777" w:rsidR="00A66B07" w:rsidRPr="00771474" w:rsidRDefault="00000000">
      <w:pPr>
        <w:spacing w:after="40"/>
        <w:rPr>
          <w:lang w:val="es-CO"/>
        </w:rPr>
      </w:pPr>
      <w:r w:rsidRPr="00771474">
        <w:rPr>
          <w:b/>
          <w:lang w:val="es-CO"/>
        </w:rPr>
        <w:t>[Nombre de quien recomienda]</w:t>
      </w:r>
    </w:p>
    <w:p w14:paraId="12506909" w14:textId="77777777" w:rsidR="00A66B07" w:rsidRPr="00771474" w:rsidRDefault="00000000">
      <w:pPr>
        <w:spacing w:after="40"/>
        <w:rPr>
          <w:lang w:val="es-CO"/>
        </w:rPr>
      </w:pPr>
      <w:r w:rsidRPr="00771474">
        <w:rPr>
          <w:lang w:val="es-CO"/>
        </w:rPr>
        <w:t>[Cargo]</w:t>
      </w:r>
    </w:p>
    <w:p w14:paraId="31DA2ADA" w14:textId="77777777" w:rsidR="00A66B07" w:rsidRPr="00771474" w:rsidRDefault="00000000">
      <w:pPr>
        <w:spacing w:after="40"/>
        <w:rPr>
          <w:lang w:val="es-CO"/>
        </w:rPr>
      </w:pPr>
      <w:r w:rsidRPr="00771474">
        <w:rPr>
          <w:lang w:val="es-CO"/>
        </w:rPr>
        <w:t>[Empresa]</w:t>
      </w:r>
    </w:p>
    <w:p w14:paraId="19AAC9F6" w14:textId="77777777" w:rsidR="00A66B07" w:rsidRPr="00771474" w:rsidRDefault="00000000">
      <w:pPr>
        <w:spacing w:after="40"/>
        <w:rPr>
          <w:lang w:val="es-CO"/>
        </w:rPr>
      </w:pPr>
      <w:r w:rsidRPr="00771474">
        <w:rPr>
          <w:lang w:val="es-CO"/>
        </w:rPr>
        <w:t>Teléfono: [número de contacto]</w:t>
      </w:r>
    </w:p>
    <w:p w14:paraId="481290E6" w14:textId="77777777" w:rsidR="00A66B07" w:rsidRDefault="00000000">
      <w:pPr>
        <w:spacing w:after="0"/>
      </w:pPr>
      <w:r>
        <w:t xml:space="preserve">Correo </w:t>
      </w:r>
      <w:proofErr w:type="spellStart"/>
      <w:r>
        <w:t>electrónico</w:t>
      </w:r>
      <w:proofErr w:type="spellEnd"/>
      <w:r>
        <w:t>: [</w:t>
      </w:r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>]</w:t>
      </w:r>
    </w:p>
    <w:sectPr w:rsidR="00A66B07" w:rsidSect="00034616">
      <w:footerReference w:type="default" r:id="rId8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F88E9" w14:textId="77777777" w:rsidR="005A552A" w:rsidRDefault="005A552A">
      <w:pPr>
        <w:spacing w:after="0" w:line="240" w:lineRule="auto"/>
      </w:pPr>
      <w:r>
        <w:separator/>
      </w:r>
    </w:p>
  </w:endnote>
  <w:endnote w:type="continuationSeparator" w:id="0">
    <w:p w14:paraId="0D3BA4F0" w14:textId="77777777" w:rsidR="005A552A" w:rsidRDefault="005A5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1D606" w14:textId="77777777" w:rsidR="00A66B07" w:rsidRPr="00771474" w:rsidRDefault="00000000">
    <w:pPr>
      <w:pStyle w:val="Piedepgina"/>
      <w:jc w:val="center"/>
      <w:rPr>
        <w:lang w:val="es-CO"/>
      </w:rPr>
    </w:pPr>
    <w:r w:rsidRPr="00771474">
      <w:rPr>
        <w:sz w:val="16"/>
        <w:lang w:val="es-CO"/>
      </w:rPr>
      <w:t>Plantilla editable de carta de recomendación laboral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D9BFB" w14:textId="77777777" w:rsidR="005A552A" w:rsidRDefault="005A552A">
      <w:pPr>
        <w:spacing w:after="0" w:line="240" w:lineRule="auto"/>
      </w:pPr>
      <w:r>
        <w:separator/>
      </w:r>
    </w:p>
  </w:footnote>
  <w:footnote w:type="continuationSeparator" w:id="0">
    <w:p w14:paraId="271F265F" w14:textId="77777777" w:rsidR="005A552A" w:rsidRDefault="005A55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7533291">
    <w:abstractNumId w:val="8"/>
  </w:num>
  <w:num w:numId="2" w16cid:durableId="679550099">
    <w:abstractNumId w:val="6"/>
  </w:num>
  <w:num w:numId="3" w16cid:durableId="1918861167">
    <w:abstractNumId w:val="5"/>
  </w:num>
  <w:num w:numId="4" w16cid:durableId="1620645806">
    <w:abstractNumId w:val="4"/>
  </w:num>
  <w:num w:numId="5" w16cid:durableId="811219083">
    <w:abstractNumId w:val="7"/>
  </w:num>
  <w:num w:numId="6" w16cid:durableId="240022914">
    <w:abstractNumId w:val="3"/>
  </w:num>
  <w:num w:numId="7" w16cid:durableId="1234703796">
    <w:abstractNumId w:val="2"/>
  </w:num>
  <w:num w:numId="8" w16cid:durableId="1158813567">
    <w:abstractNumId w:val="1"/>
  </w:num>
  <w:num w:numId="9" w16cid:durableId="1902597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A552A"/>
    <w:rsid w:val="00771474"/>
    <w:rsid w:val="00A66B07"/>
    <w:rsid w:val="00AA1D8D"/>
    <w:rsid w:val="00B47730"/>
    <w:rsid w:val="00CB0664"/>
    <w:rsid w:val="00D652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3F92AA"/>
  <w14:defaultImageDpi w14:val="300"/>
  <w15:docId w15:val="{7F0CC2AF-A145-493F-9824-7E6502107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carta de recomendación laboral</dc:title>
  <dc:subject>Carta de recomendación laboral editable</dc:subject>
  <dc:creator/>
  <cp:keywords/>
  <dc:description/>
  <cp:lastModifiedBy>edgar andres chilatra rivas</cp:lastModifiedBy>
  <cp:revision>2</cp:revision>
  <dcterms:created xsi:type="dcterms:W3CDTF">2013-12-23T23:15:00Z</dcterms:created>
  <dcterms:modified xsi:type="dcterms:W3CDTF">2026-09-30T02:02:00Z</dcterms:modified>
  <cp:category/>
</cp:coreProperties>
</file>