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85FF" w14:textId="77777777" w:rsidR="004143FF" w:rsidRPr="00FE6AB5" w:rsidRDefault="00000000">
      <w:pPr>
        <w:pStyle w:val="Ttulo"/>
        <w:jc w:val="center"/>
        <w:rPr>
          <w:lang w:val="es-CO"/>
        </w:rPr>
      </w:pPr>
      <w:r w:rsidRPr="00FE6AB5">
        <w:rPr>
          <w:lang w:val="es-CO"/>
        </w:rPr>
        <w:t>Demanda de fijación de cuota alimentaria</w:t>
      </w:r>
    </w:p>
    <w:p w14:paraId="6275435A" w14:textId="77777777" w:rsidR="004143FF" w:rsidRPr="00FE6AB5" w:rsidRDefault="00000000">
      <w:pPr>
        <w:spacing w:after="300"/>
        <w:jc w:val="right"/>
        <w:rPr>
          <w:lang w:val="es-CO"/>
        </w:rPr>
      </w:pPr>
      <w:r w:rsidRPr="00FE6AB5">
        <w:rPr>
          <w:lang w:val="es-CO"/>
        </w:rPr>
        <w:t>[Ciudad], [día] de [mes] de [año]</w:t>
      </w:r>
    </w:p>
    <w:p w14:paraId="47A5CAFB" w14:textId="77777777" w:rsidR="004143FF" w:rsidRPr="00FE6AB5" w:rsidRDefault="00000000">
      <w:pPr>
        <w:jc w:val="center"/>
        <w:rPr>
          <w:lang w:val="es-CO"/>
        </w:rPr>
      </w:pPr>
      <w:r w:rsidRPr="00FE6AB5">
        <w:rPr>
          <w:lang w:val="es-CO"/>
        </w:rPr>
        <w:t>Señor(a)</w:t>
      </w:r>
    </w:p>
    <w:p w14:paraId="3E68DF9E" w14:textId="77777777" w:rsidR="004143FF" w:rsidRPr="00FE6AB5" w:rsidRDefault="00000000">
      <w:pPr>
        <w:jc w:val="center"/>
        <w:rPr>
          <w:lang w:val="es-CO"/>
        </w:rPr>
      </w:pPr>
      <w:r w:rsidRPr="00FE6AB5">
        <w:rPr>
          <w:lang w:val="es-CO"/>
        </w:rPr>
        <w:t>JUEZ [DE FAMILIA / PROMISCUO DE FAMILIA] DE [CIUDAD]</w:t>
      </w:r>
    </w:p>
    <w:p w14:paraId="300EC6F7" w14:textId="77777777" w:rsidR="004143FF" w:rsidRDefault="00000000">
      <w:pPr>
        <w:spacing w:before="280"/>
      </w:pPr>
      <w:r>
        <w:rPr>
          <w:b/>
        </w:rPr>
        <w:t>Referencia:</w:t>
      </w:r>
      <w:r>
        <w:t xml:space="preserve"> Proceso de fijación de cuota alimentaria</w:t>
      </w:r>
    </w:p>
    <w:p w14:paraId="41F3BA90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Demandante: [NOMBRE COMPLETO DE QUIEN REPRESENTA AL MENOR O DEL BENEFICIARIO]</w:t>
      </w:r>
    </w:p>
    <w:p w14:paraId="3E48EF11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Demandado(a): [NOMBRE COMPLETO DE LA PERSONA OBLIGADA]</w:t>
      </w:r>
    </w:p>
    <w:p w14:paraId="0F084754" w14:textId="77777777" w:rsidR="004143FF" w:rsidRDefault="00000000">
      <w:r w:rsidRPr="00FE6AB5">
        <w:rPr>
          <w:lang w:val="es-CO"/>
        </w:rPr>
        <w:t xml:space="preserve">Yo, [NOMBRE COMPLETO], mayor de edad, identificado(a) con cédula de ciudadanía No. [NÚMERO] de [LUGAR], actuando en nombre propio [o en representación de [NOMBRE DEL NIÑO, NIÑA, ADOLESCENTE O BENEFICIARIO], identificado(a) con [REGISTRO CIVIL / DOCUMENTO]], respetuosamente presento demanda de fijación de cuota alimentaria contra [NOMBRE DEL DEMANDADO(A)], identificado(a) con cédula de ciudadanía No. </w:t>
      </w:r>
      <w:r>
        <w:t>[NÚMERO], con fundamento en los siguientes:</w:t>
      </w:r>
    </w:p>
    <w:p w14:paraId="4BA5276C" w14:textId="77777777" w:rsidR="004143FF" w:rsidRDefault="00000000">
      <w:pPr>
        <w:pStyle w:val="Ttulo1"/>
      </w:pPr>
      <w:r>
        <w:t>Hechos</w:t>
      </w:r>
    </w:p>
    <w:p w14:paraId="19E64622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[Indique el vínculo entre el beneficiario y el demandado(a), por ejemplo: es hijo(a) de ambos, y adjunte el registro civil correspondiente.]</w:t>
      </w:r>
    </w:p>
    <w:p w14:paraId="321D4F68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[Describa desde cuándo el beneficiario está al cuidado del demandante y cuál es su lugar de residencia.]</w:t>
      </w:r>
    </w:p>
    <w:p w14:paraId="297C2671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[Explique las necesidades ordinarias y extraordinarias del beneficiario: alimentación, vivienda, salud, educación, transporte, vestuario, recreación u otras.]</w:t>
      </w:r>
    </w:p>
    <w:p w14:paraId="1ADB98D7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[Describa los ingresos, actividad económica, bienes o capacidad económica conocida del demandado(a), sin afirmar hechos que no pueda sustentar.]</w:t>
      </w:r>
    </w:p>
    <w:p w14:paraId="75833722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[Indique los aportes actuales del demandado(a), si existen, y por qué son insuficientes o inexistentes.]</w:t>
      </w:r>
    </w:p>
    <w:p w14:paraId="45E71B0C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[Describa el trámite de conciliación realizado, su resultado y la constancia o acta que se anexa, cuando corresponda.]</w:t>
      </w:r>
    </w:p>
    <w:p w14:paraId="4E057366" w14:textId="77777777" w:rsidR="004143FF" w:rsidRDefault="00000000">
      <w:pPr>
        <w:pStyle w:val="Ttulo1"/>
      </w:pPr>
      <w:r>
        <w:t>Pretensiones</w:t>
      </w:r>
    </w:p>
    <w:p w14:paraId="4228FA4E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Que se fije a cargo de [NOMBRE DEL DEMANDADO(A)] una cuota alimentaria mensual en favor de [NOMBRE DEL BENEFICIARIO] por valor de $[VALOR] [o equivalente a [PORCENTAJE / SALARIOS MÍNIMOS]], pagadera dentro de los primeros [NÚMERO] días de cada mes, a partir de [FECHA].</w:t>
      </w:r>
    </w:p>
    <w:p w14:paraId="39174B8B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Que se determine la forma de pago de la cuota, así: [CONSIGNACIÓN / TRANSFERENCIA / DESCUENTO POR NÓMINA / OTRA].</w:t>
      </w:r>
    </w:p>
    <w:p w14:paraId="4DB9D8BB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Que se establezca el aporte del demandado(a) a gastos extraordinarios de salud, educación y demás necesidades no periódicas, en un porcentaje de [PORCENTAJE] o en la forma que el despacho determine.</w:t>
      </w:r>
    </w:p>
    <w:p w14:paraId="6DBC517A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lastRenderedPageBreak/>
        <w:t>Que la cuota se reajuste anualmente conforme a [CRITERIO PROPUESTO O EL QUE DISPONGA EL DESPACHO].</w:t>
      </w:r>
    </w:p>
    <w:p w14:paraId="6C8EA376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[Incluya únicamente otras solicitudes pertinentes al caso.]</w:t>
      </w:r>
    </w:p>
    <w:p w14:paraId="3721E6AB" w14:textId="77777777" w:rsidR="004143FF" w:rsidRPr="00FE6AB5" w:rsidRDefault="00000000">
      <w:pPr>
        <w:pStyle w:val="Ttulo1"/>
        <w:rPr>
          <w:lang w:val="es-CO"/>
        </w:rPr>
      </w:pPr>
      <w:r w:rsidRPr="00FE6AB5">
        <w:rPr>
          <w:lang w:val="es-CO"/>
        </w:rPr>
        <w:t>Fundamentos de derecho</w:t>
      </w:r>
    </w:p>
    <w:p w14:paraId="2A9B1141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Fundamento esta demanda en las normas constitucionales y legales que regulan el derecho de alimentos, la protección prevalente de los niños, niñas y adolescentes cuando corresponda, y las disposiciones procesales aplicables. [Si cuenta con asesoría jurídica, incluya las normas específicas pertinentes al caso.]</w:t>
      </w:r>
    </w:p>
    <w:p w14:paraId="19F1AA01" w14:textId="77777777" w:rsidR="004143FF" w:rsidRPr="00FE6AB5" w:rsidRDefault="00000000">
      <w:pPr>
        <w:pStyle w:val="Ttulo1"/>
        <w:rPr>
          <w:lang w:val="es-CO"/>
        </w:rPr>
      </w:pPr>
      <w:r w:rsidRPr="00FE6AB5">
        <w:rPr>
          <w:lang w:val="es-CO"/>
        </w:rPr>
        <w:t>Competencia y procedimiento</w:t>
      </w:r>
    </w:p>
    <w:p w14:paraId="6713B576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El despacho es competente por [INDIQUE LA RAZÓN: domicilio del menor o beneficiario, domicilio del demandado(a), u otra regla aplicable]. El trámite corresponde a [INDIQUE EL PROCEDIMIENTO APLICABLE, SI CUENTA CON ASESORÍA].</w:t>
      </w:r>
    </w:p>
    <w:p w14:paraId="7A256C8B" w14:textId="77777777" w:rsidR="004143FF" w:rsidRPr="00FE6AB5" w:rsidRDefault="00000000">
      <w:pPr>
        <w:pStyle w:val="Ttulo1"/>
        <w:rPr>
          <w:lang w:val="es-CO"/>
        </w:rPr>
      </w:pPr>
      <w:r w:rsidRPr="00FE6AB5">
        <w:rPr>
          <w:lang w:val="es-CO"/>
        </w:rPr>
        <w:t>Pruebas</w:t>
      </w:r>
    </w:p>
    <w:p w14:paraId="08C21A4B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Solicito se decreten y practiquen las siguientes pruebas:</w:t>
      </w:r>
    </w:p>
    <w:p w14:paraId="19776439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Documentales: [REGISTRO CIVIL, DOCUMENTOS DE IDENTIDAD, RECIBOS, CERTIFICADOS ESCOLARES, HISTORIAS O CERTIFICADOS MÉDICOS, SOPORTES DE GASTOS, CONSTANCIA DE CONCILIACIÓN, ENTRE OTROS].</w:t>
      </w:r>
    </w:p>
    <w:p w14:paraId="144CA24C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Interrogatorio de parte de [NOMBRE DEL DEMANDADO(A)].</w:t>
      </w:r>
    </w:p>
    <w:p w14:paraId="5AFAEAF1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Oficios a [EMPLEADOR, ENTIDAD FINANCIERA, EPS, DIAN U OTRA ENTIDAD], para que informe [INFORMACIÓN RELEVANTE Y PERTINENTE].</w:t>
      </w:r>
    </w:p>
    <w:p w14:paraId="6713F544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[Testimonios, inspección, peritaje u otros medios de prueba que correspondan.]</w:t>
      </w:r>
    </w:p>
    <w:p w14:paraId="03B52A1E" w14:textId="77777777" w:rsidR="004143FF" w:rsidRPr="00FE6AB5" w:rsidRDefault="00000000">
      <w:pPr>
        <w:pStyle w:val="Ttulo1"/>
        <w:rPr>
          <w:lang w:val="es-CO"/>
        </w:rPr>
      </w:pPr>
      <w:r w:rsidRPr="00FE6AB5">
        <w:rPr>
          <w:lang w:val="es-CO"/>
        </w:rPr>
        <w:t>Anexos</w:t>
      </w:r>
    </w:p>
    <w:p w14:paraId="581D7067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Acompaño los siguientes documentos:</w:t>
      </w:r>
    </w:p>
    <w:p w14:paraId="7C6DFF66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Copia del documento de identidad de [QUIEN PRESENTA LA DEMANDA].</w:t>
      </w:r>
    </w:p>
    <w:p w14:paraId="22EBE00C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Registro civil de nacimiento o documento que acredita el vínculo del beneficiario.</w:t>
      </w:r>
    </w:p>
    <w:p w14:paraId="4DFEE6BA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Constancia o acta de conciliación, si aplica.</w:t>
      </w:r>
    </w:p>
    <w:p w14:paraId="46E65A84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Soportes de ingresos, gastos y necesidades del beneficiario.</w:t>
      </w:r>
    </w:p>
    <w:p w14:paraId="0E2B57D7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Pruebas documentales relacionadas en el acápite anterior.</w:t>
      </w:r>
    </w:p>
    <w:p w14:paraId="2FD59D70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Poder, si se actúa mediante apoderado(a).</w:t>
      </w:r>
    </w:p>
    <w:p w14:paraId="31058C5C" w14:textId="77777777" w:rsidR="004143FF" w:rsidRPr="00FE6AB5" w:rsidRDefault="00000000">
      <w:pPr>
        <w:pStyle w:val="Listaconnmeros"/>
        <w:ind w:left="369"/>
        <w:rPr>
          <w:lang w:val="es-CO"/>
        </w:rPr>
      </w:pPr>
      <w:r w:rsidRPr="00FE6AB5">
        <w:rPr>
          <w:lang w:val="es-CO"/>
        </w:rPr>
        <w:t>Copias de la demanda y anexos para traslado, cuando sean exigibles.</w:t>
      </w:r>
    </w:p>
    <w:p w14:paraId="3CE66184" w14:textId="77777777" w:rsidR="004143FF" w:rsidRDefault="00000000">
      <w:pPr>
        <w:pStyle w:val="Listaconnmeros"/>
        <w:ind w:left="369"/>
      </w:pPr>
      <w:r>
        <w:t>[Otros anexos pertinentes.]</w:t>
      </w:r>
    </w:p>
    <w:p w14:paraId="6D37D25A" w14:textId="77777777" w:rsidR="004143FF" w:rsidRDefault="00000000">
      <w:pPr>
        <w:pStyle w:val="Ttulo1"/>
      </w:pPr>
      <w:r>
        <w:t>Notificaciones</w:t>
      </w:r>
    </w:p>
    <w:p w14:paraId="118DB8E4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El(la) demandante recibirá notificaciones en: [DIRECCIÓN FÍSICA], [CIUDAD], correo electrónico [CORREO ELECTRÓNICO] y teléfono [NÚMERO].</w:t>
      </w:r>
    </w:p>
    <w:p w14:paraId="04FAAF6A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lastRenderedPageBreak/>
        <w:t>El(la) demandado(a) podrá ser notificado(a) en: [DIRECCIÓN FÍSICA], [CIUDAD], correo electrónico [CORREO ELECTRÓNICO, SI SE CONOCE] y teléfono [NÚMERO, SI SE CONOCE].</w:t>
      </w:r>
    </w:p>
    <w:p w14:paraId="20282BE8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Mi apoderado(a), si lo hubiere, recibirá notificaciones en: [DIRECCIÓN], correo electrónico [CORREO] y teléfono [NÚMERO].</w:t>
      </w:r>
    </w:p>
    <w:p w14:paraId="4029382D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Atentamente,</w:t>
      </w:r>
    </w:p>
    <w:p w14:paraId="085CE879" w14:textId="77777777" w:rsidR="004143FF" w:rsidRPr="00FE6AB5" w:rsidRDefault="00000000">
      <w:pPr>
        <w:spacing w:before="440"/>
        <w:rPr>
          <w:lang w:val="es-CO"/>
        </w:rPr>
      </w:pPr>
      <w:r w:rsidRPr="00FE6AB5">
        <w:rPr>
          <w:lang w:val="es-CO"/>
        </w:rPr>
        <w:t>__________________________________</w:t>
      </w:r>
    </w:p>
    <w:p w14:paraId="6F4F206D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[NOMBRE COMPLETO DEL DEMANDANTE O APODERADO]</w:t>
      </w:r>
    </w:p>
    <w:p w14:paraId="499BF7D3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C.C. No. [NÚMERO] de [LUGAR]</w:t>
      </w:r>
    </w:p>
    <w:p w14:paraId="7F7F27CD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T.P. No. [NÚMERO], si actúa mediante apoderado]</w:t>
      </w:r>
    </w:p>
    <w:p w14:paraId="4C26CE9F" w14:textId="77777777" w:rsidR="004143FF" w:rsidRPr="00FE6AB5" w:rsidRDefault="00000000">
      <w:pPr>
        <w:pStyle w:val="Ttulo2"/>
        <w:rPr>
          <w:lang w:val="es-CO"/>
        </w:rPr>
      </w:pPr>
      <w:r w:rsidRPr="00FE6AB5">
        <w:rPr>
          <w:lang w:val="es-CO"/>
        </w:rPr>
        <w:t>Nota de uso</w:t>
      </w:r>
    </w:p>
    <w:p w14:paraId="07D17A04" w14:textId="77777777" w:rsidR="004143FF" w:rsidRPr="00FE6AB5" w:rsidRDefault="00000000">
      <w:pPr>
        <w:rPr>
          <w:lang w:val="es-CO"/>
        </w:rPr>
      </w:pPr>
      <w:r w:rsidRPr="00FE6AB5">
        <w:rPr>
          <w:lang w:val="es-CO"/>
        </w:rPr>
        <w:t>Esta plantilla es un modelo editable de orientación. Antes de presentarla, verifique el despacho competente, la necesidad de conciliación previa, los anexos y las particularidades de su caso. Si es posible, solicite revisión de una persona profesional en derecho o de la entidad de familia competente.</w:t>
      </w:r>
    </w:p>
    <w:sectPr w:rsidR="004143FF" w:rsidRPr="00FE6AB5" w:rsidSect="00034616">
      <w:footerReference w:type="default" r:id="rId8"/>
      <w:pgSz w:w="12240" w:h="15840"/>
      <w:pgMar w:top="1361" w:right="1417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B8F0" w14:textId="77777777" w:rsidR="00CD1C1E" w:rsidRDefault="00CD1C1E">
      <w:pPr>
        <w:spacing w:after="0" w:line="240" w:lineRule="auto"/>
      </w:pPr>
      <w:r>
        <w:separator/>
      </w:r>
    </w:p>
  </w:endnote>
  <w:endnote w:type="continuationSeparator" w:id="0">
    <w:p w14:paraId="041433C2" w14:textId="77777777" w:rsidR="00CD1C1E" w:rsidRDefault="00CD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238" w14:textId="77777777" w:rsidR="004143FF" w:rsidRPr="00FE6AB5" w:rsidRDefault="00000000">
    <w:pPr>
      <w:pStyle w:val="Piedepgina"/>
      <w:jc w:val="center"/>
      <w:rPr>
        <w:lang w:val="es-CO"/>
      </w:rPr>
    </w:pPr>
    <w:r w:rsidRPr="00FE6AB5">
      <w:rPr>
        <w:sz w:val="16"/>
        <w:lang w:val="es-CO"/>
      </w:rPr>
      <w:t>Plantilla editable - Demanda de fijación de cuota alimentaria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13635" w14:textId="77777777" w:rsidR="00CD1C1E" w:rsidRDefault="00CD1C1E">
      <w:pPr>
        <w:spacing w:after="0" w:line="240" w:lineRule="auto"/>
      </w:pPr>
      <w:r>
        <w:separator/>
      </w:r>
    </w:p>
  </w:footnote>
  <w:footnote w:type="continuationSeparator" w:id="0">
    <w:p w14:paraId="714B06A6" w14:textId="77777777" w:rsidR="00CD1C1E" w:rsidRDefault="00CD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5107288">
    <w:abstractNumId w:val="8"/>
  </w:num>
  <w:num w:numId="2" w16cid:durableId="2005009845">
    <w:abstractNumId w:val="6"/>
  </w:num>
  <w:num w:numId="3" w16cid:durableId="703365083">
    <w:abstractNumId w:val="5"/>
  </w:num>
  <w:num w:numId="4" w16cid:durableId="341123813">
    <w:abstractNumId w:val="4"/>
  </w:num>
  <w:num w:numId="5" w16cid:durableId="1864322483">
    <w:abstractNumId w:val="7"/>
  </w:num>
  <w:num w:numId="6" w16cid:durableId="320618453">
    <w:abstractNumId w:val="3"/>
  </w:num>
  <w:num w:numId="7" w16cid:durableId="309599843">
    <w:abstractNumId w:val="2"/>
  </w:num>
  <w:num w:numId="8" w16cid:durableId="582446353">
    <w:abstractNumId w:val="1"/>
  </w:num>
  <w:num w:numId="9" w16cid:durableId="146847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50C8"/>
    <w:rsid w:val="00326F90"/>
    <w:rsid w:val="004143FF"/>
    <w:rsid w:val="00AA1D8D"/>
    <w:rsid w:val="00B47730"/>
    <w:rsid w:val="00CB0664"/>
    <w:rsid w:val="00CD1C1E"/>
    <w:rsid w:val="00FC693F"/>
    <w:rsid w:val="00FE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B58831"/>
  <w14:defaultImageDpi w14:val="300"/>
  <w15:docId w15:val="{E93B4561-8DC5-4857-80A8-BA37CC0B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Demanda de fijación de cuota alimentaria</dc:title>
  <dc:subject/>
  <dc:creator/>
  <cp:keywords/>
  <dc:description>generated by python-docx</dc:description>
  <cp:lastModifiedBy>edgar andres chilatra rivas</cp:lastModifiedBy>
  <cp:revision>3</cp:revision>
  <dcterms:created xsi:type="dcterms:W3CDTF">2013-12-23T23:15:00Z</dcterms:created>
  <dcterms:modified xsi:type="dcterms:W3CDTF">2026-09-30T03:49:00Z</dcterms:modified>
  <cp:category/>
</cp:coreProperties>
</file>