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4DF4E" w14:textId="77777777" w:rsidR="00E6748F" w:rsidRPr="00644BD1" w:rsidRDefault="00000000">
      <w:pPr>
        <w:pStyle w:val="Ttulo"/>
        <w:rPr>
          <w:lang w:val="es-CO"/>
        </w:rPr>
      </w:pPr>
      <w:r w:rsidRPr="00644BD1">
        <w:rPr>
          <w:rFonts w:ascii="Aptos" w:hAnsi="Aptos"/>
          <w:lang w:val="es-CO"/>
        </w:rPr>
        <w:t>Carta de propuesta</w:t>
      </w:r>
    </w:p>
    <w:p w14:paraId="7FFE83A4" w14:textId="77777777" w:rsidR="00E6748F" w:rsidRPr="00644BD1" w:rsidRDefault="00000000">
      <w:pPr>
        <w:spacing w:after="280"/>
        <w:jc w:val="right"/>
        <w:rPr>
          <w:rFonts w:hint="eastAsia"/>
          <w:lang w:val="es-CO"/>
        </w:rPr>
      </w:pPr>
      <w:r w:rsidRPr="00644BD1">
        <w:rPr>
          <w:color w:val="000000"/>
          <w:lang w:val="es-CO"/>
        </w:rPr>
        <w:t>[Ciudad], [fecha]</w:t>
      </w:r>
    </w:p>
    <w:p w14:paraId="620D289B" w14:textId="77777777" w:rsidR="00E6748F" w:rsidRPr="00644BD1" w:rsidRDefault="00000000">
      <w:pPr>
        <w:spacing w:after="0"/>
        <w:rPr>
          <w:rFonts w:hint="eastAsia"/>
          <w:lang w:val="es-CO"/>
        </w:rPr>
      </w:pPr>
      <w:r w:rsidRPr="00644BD1">
        <w:rPr>
          <w:color w:val="000000"/>
          <w:lang w:val="es-CO"/>
        </w:rPr>
        <w:t>[Nombre del destinatario]</w:t>
      </w:r>
    </w:p>
    <w:p w14:paraId="2DDBB03B" w14:textId="77777777" w:rsidR="00E6748F" w:rsidRPr="00644BD1" w:rsidRDefault="00000000">
      <w:pPr>
        <w:spacing w:after="0"/>
        <w:rPr>
          <w:rFonts w:hint="eastAsia"/>
          <w:lang w:val="es-CO"/>
        </w:rPr>
      </w:pPr>
      <w:r w:rsidRPr="00644BD1">
        <w:rPr>
          <w:color w:val="000000"/>
          <w:lang w:val="es-CO"/>
        </w:rPr>
        <w:t>[Cargo]</w:t>
      </w:r>
    </w:p>
    <w:p w14:paraId="60048CD1" w14:textId="77777777" w:rsidR="00E6748F" w:rsidRPr="00644BD1" w:rsidRDefault="00000000">
      <w:pPr>
        <w:spacing w:after="0"/>
        <w:rPr>
          <w:rFonts w:hint="eastAsia"/>
          <w:lang w:val="es-CO"/>
        </w:rPr>
      </w:pPr>
      <w:r w:rsidRPr="00644BD1">
        <w:rPr>
          <w:color w:val="000000"/>
          <w:lang w:val="es-CO"/>
        </w:rPr>
        <w:t>[Nombre de la empresa]</w:t>
      </w:r>
    </w:p>
    <w:p w14:paraId="299B0F69" w14:textId="77777777" w:rsidR="00E6748F" w:rsidRPr="00644BD1" w:rsidRDefault="00000000">
      <w:pPr>
        <w:spacing w:before="240" w:after="240"/>
        <w:rPr>
          <w:rFonts w:hint="eastAsia"/>
          <w:lang w:val="es-CO"/>
        </w:rPr>
      </w:pPr>
      <w:r w:rsidRPr="00644BD1">
        <w:rPr>
          <w:b/>
          <w:color w:val="000000"/>
          <w:lang w:val="es-CO"/>
        </w:rPr>
        <w:t xml:space="preserve">Asunto: </w:t>
      </w:r>
      <w:r w:rsidRPr="00644BD1">
        <w:rPr>
          <w:color w:val="000000"/>
          <w:lang w:val="es-CO"/>
        </w:rPr>
        <w:t>[Indica brevemente la idea, servicio o resultado que propones]</w:t>
      </w:r>
    </w:p>
    <w:p w14:paraId="3CAAEEAF" w14:textId="77777777" w:rsidR="00E6748F" w:rsidRPr="00644BD1" w:rsidRDefault="00000000">
      <w:pPr>
        <w:spacing w:after="240" w:line="269" w:lineRule="auto"/>
        <w:rPr>
          <w:rFonts w:hint="eastAsia"/>
          <w:lang w:val="es-CO"/>
        </w:rPr>
      </w:pPr>
      <w:r w:rsidRPr="00644BD1">
        <w:rPr>
          <w:b/>
          <w:color w:val="000000"/>
          <w:lang w:val="es-CO"/>
        </w:rPr>
        <w:t xml:space="preserve">Hola, </w:t>
      </w:r>
      <w:r w:rsidRPr="00644BD1">
        <w:rPr>
          <w:color w:val="000000"/>
          <w:lang w:val="es-CO"/>
        </w:rPr>
        <w:t>[Nombre del destinatario]:</w:t>
      </w:r>
    </w:p>
    <w:p w14:paraId="04938A9E" w14:textId="77777777" w:rsidR="00E6748F" w:rsidRPr="00644BD1" w:rsidRDefault="00000000">
      <w:pPr>
        <w:spacing w:after="180" w:line="269" w:lineRule="auto"/>
        <w:rPr>
          <w:rFonts w:hint="eastAsia"/>
          <w:lang w:val="es-CO"/>
        </w:rPr>
      </w:pPr>
      <w:r w:rsidRPr="00644BD1">
        <w:rPr>
          <w:color w:val="000000"/>
          <w:lang w:val="es-CO"/>
        </w:rPr>
        <w:t>Me pongo en contacto contigo porque [explica el contexto o motivo de la carta: una conversación anterior, una necesidad identificada o la razón por la que tu propuesta puede ser útil].</w:t>
      </w:r>
    </w:p>
    <w:p w14:paraId="2B39771D" w14:textId="77777777" w:rsidR="00E6748F" w:rsidRPr="00644BD1" w:rsidRDefault="00000000">
      <w:pPr>
        <w:spacing w:after="180" w:line="269" w:lineRule="auto"/>
        <w:rPr>
          <w:rFonts w:hint="eastAsia"/>
          <w:lang w:val="es-CO"/>
        </w:rPr>
      </w:pPr>
      <w:r w:rsidRPr="00644BD1">
        <w:rPr>
          <w:color w:val="000000"/>
          <w:lang w:val="es-CO"/>
        </w:rPr>
        <w:t>Me gustaría proponerte [explica tu servicio, idea, proyecto o colaboración], con el objetivo de ayudar a [nombre de la empresa o persona] a [resultado o beneficio que puede obtener].</w:t>
      </w:r>
    </w:p>
    <w:p w14:paraId="569B515A" w14:textId="77777777" w:rsidR="00E6748F" w:rsidRPr="00644BD1" w:rsidRDefault="00000000">
      <w:pPr>
        <w:spacing w:before="200" w:after="80"/>
        <w:rPr>
          <w:rFonts w:hint="eastAsia"/>
          <w:lang w:val="es-CO"/>
        </w:rPr>
      </w:pPr>
      <w:r w:rsidRPr="00644BD1">
        <w:rPr>
          <w:b/>
          <w:color w:val="000000"/>
          <w:lang w:val="es-CO"/>
        </w:rPr>
        <w:t>La propuesta incluye</w:t>
      </w:r>
    </w:p>
    <w:p w14:paraId="1F8CBDEB" w14:textId="77777777" w:rsidR="00E6748F" w:rsidRPr="00644BD1" w:rsidRDefault="00000000">
      <w:pPr>
        <w:spacing w:after="60"/>
        <w:ind w:left="312" w:hanging="227"/>
        <w:rPr>
          <w:rFonts w:hint="eastAsia"/>
          <w:lang w:val="es-CO"/>
        </w:rPr>
      </w:pPr>
      <w:proofErr w:type="gramStart"/>
      <w:r w:rsidRPr="00644BD1">
        <w:rPr>
          <w:color w:val="000000"/>
          <w:lang w:val="es-CO"/>
        </w:rPr>
        <w:t>•  [</w:t>
      </w:r>
      <w:proofErr w:type="gramEnd"/>
      <w:r w:rsidRPr="00644BD1">
        <w:rPr>
          <w:color w:val="000000"/>
          <w:lang w:val="es-CO"/>
        </w:rPr>
        <w:t>Servicio, actividad o entregable 1]</w:t>
      </w:r>
    </w:p>
    <w:p w14:paraId="755E9A23" w14:textId="77777777" w:rsidR="00E6748F" w:rsidRPr="00644BD1" w:rsidRDefault="00000000">
      <w:pPr>
        <w:spacing w:after="60"/>
        <w:ind w:left="312" w:hanging="227"/>
        <w:rPr>
          <w:rFonts w:hint="eastAsia"/>
          <w:lang w:val="es-CO"/>
        </w:rPr>
      </w:pPr>
      <w:proofErr w:type="gramStart"/>
      <w:r w:rsidRPr="00644BD1">
        <w:rPr>
          <w:color w:val="000000"/>
          <w:lang w:val="es-CO"/>
        </w:rPr>
        <w:t>•  [</w:t>
      </w:r>
      <w:proofErr w:type="gramEnd"/>
      <w:r w:rsidRPr="00644BD1">
        <w:rPr>
          <w:color w:val="000000"/>
          <w:lang w:val="es-CO"/>
        </w:rPr>
        <w:t>Servicio, actividad o entregable 2]</w:t>
      </w:r>
    </w:p>
    <w:p w14:paraId="494C32A4" w14:textId="77777777" w:rsidR="00E6748F" w:rsidRPr="00644BD1" w:rsidRDefault="00000000">
      <w:pPr>
        <w:spacing w:after="60"/>
        <w:ind w:left="312" w:hanging="227"/>
        <w:rPr>
          <w:rFonts w:hint="eastAsia"/>
          <w:lang w:val="es-CO"/>
        </w:rPr>
      </w:pPr>
      <w:proofErr w:type="gramStart"/>
      <w:r w:rsidRPr="00644BD1">
        <w:rPr>
          <w:color w:val="000000"/>
          <w:lang w:val="es-CO"/>
        </w:rPr>
        <w:t>•  [</w:t>
      </w:r>
      <w:proofErr w:type="gramEnd"/>
      <w:r w:rsidRPr="00644BD1">
        <w:rPr>
          <w:color w:val="000000"/>
          <w:lang w:val="es-CO"/>
        </w:rPr>
        <w:t>Servicio, actividad o entregable 3, si es necesario]</w:t>
      </w:r>
    </w:p>
    <w:p w14:paraId="0B3F9639" w14:textId="77777777" w:rsidR="00E6748F" w:rsidRPr="00644BD1" w:rsidRDefault="00000000">
      <w:pPr>
        <w:spacing w:after="180" w:line="269" w:lineRule="auto"/>
        <w:rPr>
          <w:rFonts w:hint="eastAsia"/>
          <w:lang w:val="es-CO"/>
        </w:rPr>
      </w:pPr>
      <w:r w:rsidRPr="00644BD1">
        <w:rPr>
          <w:color w:val="000000"/>
          <w:lang w:val="es-CO"/>
        </w:rPr>
        <w:t>Con esta propuesta buscamos [explica el beneficio principal para la otra persona o empresa].</w:t>
      </w:r>
    </w:p>
    <w:p w14:paraId="2172B79D" w14:textId="77777777" w:rsidR="00E6748F" w:rsidRPr="00644BD1" w:rsidRDefault="00000000">
      <w:pPr>
        <w:spacing w:line="269" w:lineRule="auto"/>
        <w:rPr>
          <w:rFonts w:hint="eastAsia"/>
          <w:lang w:val="es-CO"/>
        </w:rPr>
      </w:pPr>
      <w:r w:rsidRPr="00644BD1">
        <w:rPr>
          <w:b/>
          <w:color w:val="000000"/>
          <w:lang w:val="es-CO"/>
        </w:rPr>
        <w:t xml:space="preserve">Plazo (opcional): </w:t>
      </w:r>
      <w:r w:rsidRPr="00644BD1">
        <w:rPr>
          <w:color w:val="000000"/>
          <w:lang w:val="es-CO"/>
        </w:rPr>
        <w:t>[Indica la duración estimada, fechas relevantes o fecha de entrega].</w:t>
      </w:r>
    </w:p>
    <w:p w14:paraId="48FAD0A2" w14:textId="77777777" w:rsidR="00E6748F" w:rsidRPr="00644BD1" w:rsidRDefault="00000000">
      <w:pPr>
        <w:spacing w:line="269" w:lineRule="auto"/>
        <w:rPr>
          <w:rFonts w:hint="eastAsia"/>
          <w:lang w:val="es-CO"/>
        </w:rPr>
      </w:pPr>
      <w:r w:rsidRPr="00644BD1">
        <w:rPr>
          <w:b/>
          <w:color w:val="000000"/>
          <w:lang w:val="es-CO"/>
        </w:rPr>
        <w:t xml:space="preserve">Precio (opcional): </w:t>
      </w:r>
      <w:r w:rsidRPr="00644BD1">
        <w:rPr>
          <w:color w:val="000000"/>
          <w:lang w:val="es-CO"/>
        </w:rPr>
        <w:t>[Indica el valor, la forma de pago o menciona que se enviará una cotización].</w:t>
      </w:r>
    </w:p>
    <w:p w14:paraId="5922C572" w14:textId="77777777" w:rsidR="00E6748F" w:rsidRPr="00644BD1" w:rsidRDefault="00000000">
      <w:pPr>
        <w:spacing w:after="180" w:line="269" w:lineRule="auto"/>
        <w:rPr>
          <w:rFonts w:hint="eastAsia"/>
          <w:lang w:val="es-CO"/>
        </w:rPr>
      </w:pPr>
      <w:r w:rsidRPr="00644BD1">
        <w:rPr>
          <w:b/>
          <w:color w:val="000000"/>
          <w:lang w:val="es-CO"/>
        </w:rPr>
        <w:t xml:space="preserve">Vigencia (opcional): </w:t>
      </w:r>
      <w:r w:rsidRPr="00644BD1">
        <w:rPr>
          <w:color w:val="000000"/>
          <w:lang w:val="es-CO"/>
        </w:rPr>
        <w:t>[Indica hasta qué fecha se mantiene vigente esta propuesta].</w:t>
      </w:r>
    </w:p>
    <w:p w14:paraId="25FD8427" w14:textId="77777777" w:rsidR="00E6748F" w:rsidRPr="00644BD1" w:rsidRDefault="00000000">
      <w:pPr>
        <w:spacing w:after="240" w:line="269" w:lineRule="auto"/>
        <w:rPr>
          <w:rFonts w:hint="eastAsia"/>
          <w:lang w:val="es-CO"/>
        </w:rPr>
      </w:pPr>
      <w:r w:rsidRPr="00644BD1">
        <w:rPr>
          <w:color w:val="000000"/>
          <w:lang w:val="es-CO"/>
        </w:rPr>
        <w:t>Si te parece útil, me gustaría [indica el siguiente paso: agendar una conversación, enviar más información o revisar la propuesta juntos].</w:t>
      </w:r>
    </w:p>
    <w:p w14:paraId="09C38890" w14:textId="77777777" w:rsidR="00E6748F" w:rsidRPr="00644BD1" w:rsidRDefault="00000000">
      <w:pPr>
        <w:spacing w:after="320" w:line="269" w:lineRule="auto"/>
        <w:rPr>
          <w:rFonts w:hint="eastAsia"/>
          <w:lang w:val="es-CO"/>
        </w:rPr>
      </w:pPr>
      <w:r w:rsidRPr="00644BD1">
        <w:rPr>
          <w:color w:val="000000"/>
          <w:lang w:val="es-CO"/>
        </w:rPr>
        <w:t>Quedo atento(a) a tus comentarios.</w:t>
      </w:r>
    </w:p>
    <w:p w14:paraId="2D5ABF3A" w14:textId="77777777" w:rsidR="00E6748F" w:rsidRPr="00644BD1" w:rsidRDefault="00000000">
      <w:pPr>
        <w:spacing w:after="0"/>
        <w:rPr>
          <w:rFonts w:hint="eastAsia"/>
          <w:lang w:val="es-CO"/>
        </w:rPr>
      </w:pPr>
      <w:r w:rsidRPr="00644BD1">
        <w:rPr>
          <w:b/>
          <w:color w:val="000000"/>
          <w:lang w:val="es-CO"/>
        </w:rPr>
        <w:t>[Nombre y apellido]</w:t>
      </w:r>
    </w:p>
    <w:p w14:paraId="0D66CF6B" w14:textId="77777777" w:rsidR="00E6748F" w:rsidRPr="00644BD1" w:rsidRDefault="00000000">
      <w:pPr>
        <w:spacing w:after="0"/>
        <w:rPr>
          <w:rFonts w:hint="eastAsia"/>
          <w:lang w:val="es-CO"/>
        </w:rPr>
      </w:pPr>
      <w:r w:rsidRPr="00644BD1">
        <w:rPr>
          <w:color w:val="000000"/>
          <w:lang w:val="es-CO"/>
        </w:rPr>
        <w:t>[Cargo o profesión]</w:t>
      </w:r>
    </w:p>
    <w:p w14:paraId="3C2FE9F4" w14:textId="77777777" w:rsidR="00E6748F" w:rsidRPr="00644BD1" w:rsidRDefault="00000000">
      <w:pPr>
        <w:spacing w:after="0"/>
        <w:rPr>
          <w:rFonts w:hint="eastAsia"/>
          <w:lang w:val="es-CO"/>
        </w:rPr>
      </w:pPr>
      <w:r w:rsidRPr="00644BD1">
        <w:rPr>
          <w:color w:val="000000"/>
          <w:lang w:val="es-CO"/>
        </w:rPr>
        <w:t>[Nombre de la empresa]</w:t>
      </w:r>
    </w:p>
    <w:p w14:paraId="152F0451" w14:textId="77777777" w:rsidR="00E6748F" w:rsidRPr="00644BD1" w:rsidRDefault="00000000">
      <w:pPr>
        <w:spacing w:after="0"/>
        <w:rPr>
          <w:rFonts w:hint="eastAsia"/>
          <w:lang w:val="es-CO"/>
        </w:rPr>
      </w:pPr>
      <w:r w:rsidRPr="00644BD1">
        <w:rPr>
          <w:color w:val="000000"/>
          <w:lang w:val="es-CO"/>
        </w:rPr>
        <w:t>[Teléfono]</w:t>
      </w:r>
    </w:p>
    <w:p w14:paraId="47C566A0" w14:textId="77777777" w:rsidR="00E6748F" w:rsidRPr="00644BD1" w:rsidRDefault="00000000">
      <w:pPr>
        <w:spacing w:after="0"/>
        <w:rPr>
          <w:rFonts w:hint="eastAsia"/>
          <w:lang w:val="es-CO"/>
        </w:rPr>
      </w:pPr>
      <w:r w:rsidRPr="00644BD1">
        <w:rPr>
          <w:color w:val="000000"/>
          <w:lang w:val="es-CO"/>
        </w:rPr>
        <w:t>[Correo electrónico]</w:t>
      </w:r>
    </w:p>
    <w:p w14:paraId="7AFEE1BC" w14:textId="77777777" w:rsidR="00E6748F" w:rsidRPr="00644BD1" w:rsidRDefault="00000000">
      <w:pPr>
        <w:spacing w:after="0"/>
        <w:rPr>
          <w:rFonts w:hint="eastAsia"/>
          <w:lang w:val="es-CO"/>
        </w:rPr>
      </w:pPr>
      <w:r w:rsidRPr="00644BD1">
        <w:rPr>
          <w:color w:val="000000"/>
          <w:lang w:val="es-CO"/>
        </w:rPr>
        <w:t>[Portafolio o sitio web]</w:t>
      </w:r>
    </w:p>
    <w:sectPr w:rsidR="00E6748F" w:rsidRPr="00644BD1" w:rsidSect="00034616">
      <w:footerReference w:type="default" r:id="rId8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0679A" w14:textId="77777777" w:rsidR="00B01EF9" w:rsidRDefault="00B01EF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E98B7E5" w14:textId="77777777" w:rsidR="00B01EF9" w:rsidRDefault="00B01EF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648EE" w14:textId="77777777" w:rsidR="00E6748F" w:rsidRDefault="00000000">
    <w:pPr>
      <w:pStyle w:val="Piedepgina"/>
      <w:jc w:val="center"/>
      <w:rPr>
        <w:rFonts w:hint="eastAsia"/>
      </w:rPr>
    </w:pPr>
    <w:r>
      <w:rPr>
        <w:i/>
        <w:color w:val="000000"/>
        <w:sz w:val="16"/>
      </w:rPr>
      <w:t xml:space="preserve">Plantilla de carta de </w:t>
    </w:r>
    <w:proofErr w:type="spellStart"/>
    <w:r>
      <w:rPr>
        <w:i/>
        <w:color w:val="000000"/>
        <w:sz w:val="16"/>
      </w:rPr>
      <w:t>propuesta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1BFBC" w14:textId="77777777" w:rsidR="00B01EF9" w:rsidRDefault="00B01EF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587CEEC" w14:textId="77777777" w:rsidR="00B01EF9" w:rsidRDefault="00B01EF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2629931">
    <w:abstractNumId w:val="8"/>
  </w:num>
  <w:num w:numId="2" w16cid:durableId="275406840">
    <w:abstractNumId w:val="6"/>
  </w:num>
  <w:num w:numId="3" w16cid:durableId="1332173324">
    <w:abstractNumId w:val="5"/>
  </w:num>
  <w:num w:numId="4" w16cid:durableId="2022195828">
    <w:abstractNumId w:val="4"/>
  </w:num>
  <w:num w:numId="5" w16cid:durableId="716126897">
    <w:abstractNumId w:val="7"/>
  </w:num>
  <w:num w:numId="6" w16cid:durableId="1493907951">
    <w:abstractNumId w:val="3"/>
  </w:num>
  <w:num w:numId="7" w16cid:durableId="2138184102">
    <w:abstractNumId w:val="2"/>
  </w:num>
  <w:num w:numId="8" w16cid:durableId="1730689192">
    <w:abstractNumId w:val="1"/>
  </w:num>
  <w:num w:numId="9" w16cid:durableId="1268199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2CA0"/>
    <w:rsid w:val="0029639D"/>
    <w:rsid w:val="00326F90"/>
    <w:rsid w:val="00644BD1"/>
    <w:rsid w:val="00AA1D8D"/>
    <w:rsid w:val="00B01EF9"/>
    <w:rsid w:val="00B47730"/>
    <w:rsid w:val="00CB0664"/>
    <w:rsid w:val="00E674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872ECD"/>
  <w14:defaultImageDpi w14:val="300"/>
  <w15:docId w15:val="{0D755F60-BBB1-45B3-9FFB-1FBAD652F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0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carta de propuesta</dc:title>
  <dc:subject>Plantilla editable de carta de propuesta</dc:subject>
  <dc:creator/>
  <cp:keywords/>
  <dc:description>generated by python-docx</dc:description>
  <cp:lastModifiedBy>edgar andres chilatra rivas</cp:lastModifiedBy>
  <cp:revision>3</cp:revision>
  <dcterms:created xsi:type="dcterms:W3CDTF">2013-12-23T23:15:00Z</dcterms:created>
  <dcterms:modified xsi:type="dcterms:W3CDTF">2026-09-30T03:04:00Z</dcterms:modified>
  <cp:category/>
</cp:coreProperties>
</file>