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C15B8" w14:textId="77777777" w:rsidR="00216944" w:rsidRPr="00C25105" w:rsidRDefault="00000000">
      <w:pPr>
        <w:jc w:val="center"/>
        <w:rPr>
          <w:lang w:val="es-CO"/>
        </w:rPr>
      </w:pPr>
      <w:r w:rsidRPr="00C25105">
        <w:rPr>
          <w:b/>
          <w:sz w:val="28"/>
          <w:lang w:val="es-CO"/>
        </w:rPr>
        <w:t>DECLARACION JURAMENTADA DE PERSONA NATURAL</w:t>
      </w:r>
    </w:p>
    <w:p w14:paraId="281A3ADE" w14:textId="77777777" w:rsidR="00216944" w:rsidRPr="00C25105" w:rsidRDefault="00000000">
      <w:pPr>
        <w:jc w:val="right"/>
        <w:rPr>
          <w:lang w:val="es-CO"/>
        </w:rPr>
      </w:pPr>
      <w:r w:rsidRPr="00C25105">
        <w:rPr>
          <w:sz w:val="21"/>
          <w:lang w:val="es-CO"/>
        </w:rPr>
        <w:t>Medellin 15 de septiembre de 2026</w:t>
      </w:r>
    </w:p>
    <w:p w14:paraId="1151166A" w14:textId="4C641EAD" w:rsidR="00216944" w:rsidRPr="00C25105" w:rsidRDefault="00000000">
      <w:pPr>
        <w:rPr>
          <w:lang w:val="es-CO"/>
        </w:rPr>
      </w:pPr>
      <w:r w:rsidRPr="00C25105">
        <w:rPr>
          <w:lang w:val="es-CO"/>
        </w:rPr>
        <w:t>Se</w:t>
      </w:r>
      <w:r w:rsidR="00C25105" w:rsidRPr="00C25105">
        <w:rPr>
          <w:lang w:val="es-CO"/>
        </w:rPr>
        <w:t>ñ</w:t>
      </w:r>
      <w:r w:rsidRPr="00C25105">
        <w:rPr>
          <w:lang w:val="es-CO"/>
        </w:rPr>
        <w:t xml:space="preserve">ores Caja de </w:t>
      </w:r>
      <w:r w:rsidR="00C25105" w:rsidRPr="00C25105">
        <w:rPr>
          <w:lang w:val="es-CO"/>
        </w:rPr>
        <w:t>Compensación</w:t>
      </w:r>
      <w:r w:rsidRPr="00C25105">
        <w:rPr>
          <w:lang w:val="es-CO"/>
        </w:rPr>
        <w:t xml:space="preserve"> Familiar</w:t>
      </w:r>
    </w:p>
    <w:p w14:paraId="6ED5AA16" w14:textId="02A193C0" w:rsidR="00216944" w:rsidRPr="00C25105" w:rsidRDefault="00000000">
      <w:pPr>
        <w:spacing w:after="260" w:line="269" w:lineRule="auto"/>
        <w:jc w:val="both"/>
        <w:rPr>
          <w:lang w:val="es-CO"/>
        </w:rPr>
      </w:pPr>
      <w:r w:rsidRPr="00C25105">
        <w:rPr>
          <w:lang w:val="es-CO"/>
        </w:rPr>
        <w:t xml:space="preserve">Yo, ANDRES FELIPE TORRES MEJIA, mayor de edad, identificado con cedula de </w:t>
      </w:r>
      <w:r w:rsidR="00C25105" w:rsidRPr="00C25105">
        <w:rPr>
          <w:lang w:val="es-CO"/>
        </w:rPr>
        <w:t>ciudadanía</w:t>
      </w:r>
      <w:r w:rsidRPr="00C25105">
        <w:rPr>
          <w:lang w:val="es-CO"/>
        </w:rPr>
        <w:t xml:space="preserve"> No. 1.123.456.789 de Medellin, con domicilio en Medellin, declaro bajo la gravedad de juramento que actualmente desarrollo actividades independientes de </w:t>
      </w:r>
      <w:r w:rsidR="00C25105" w:rsidRPr="00C25105">
        <w:rPr>
          <w:lang w:val="es-CO"/>
        </w:rPr>
        <w:t>diseño</w:t>
      </w:r>
      <w:r w:rsidRPr="00C25105">
        <w:rPr>
          <w:lang w:val="es-CO"/>
        </w:rPr>
        <w:t xml:space="preserve"> </w:t>
      </w:r>
      <w:r w:rsidR="00C25105" w:rsidRPr="00C25105">
        <w:rPr>
          <w:lang w:val="es-CO"/>
        </w:rPr>
        <w:t>gráfico</w:t>
      </w:r>
      <w:r w:rsidRPr="00C25105">
        <w:rPr>
          <w:lang w:val="es-CO"/>
        </w:rPr>
        <w:t xml:space="preserve"> y no cuento con </w:t>
      </w:r>
      <w:r w:rsidR="00C25105" w:rsidRPr="00C25105">
        <w:rPr>
          <w:lang w:val="es-CO"/>
        </w:rPr>
        <w:t>vinculación</w:t>
      </w:r>
      <w:r w:rsidRPr="00C25105">
        <w:rPr>
          <w:lang w:val="es-CO"/>
        </w:rPr>
        <w:t xml:space="preserve"> laboral vigente.</w:t>
      </w:r>
    </w:p>
    <w:p w14:paraId="15EAF612" w14:textId="7B85443E" w:rsidR="00216944" w:rsidRPr="00C25105" w:rsidRDefault="00000000">
      <w:pPr>
        <w:spacing w:after="260" w:line="269" w:lineRule="auto"/>
        <w:jc w:val="both"/>
        <w:rPr>
          <w:lang w:val="es-CO"/>
        </w:rPr>
      </w:pPr>
      <w:r w:rsidRPr="00C25105">
        <w:rPr>
          <w:lang w:val="es-CO"/>
        </w:rPr>
        <w:t xml:space="preserve">Esta </w:t>
      </w:r>
      <w:r w:rsidR="00C25105" w:rsidRPr="00C25105">
        <w:rPr>
          <w:lang w:val="es-CO"/>
        </w:rPr>
        <w:t>declaración</w:t>
      </w:r>
      <w:r w:rsidRPr="00C25105">
        <w:rPr>
          <w:lang w:val="es-CO"/>
        </w:rPr>
        <w:t xml:space="preserve"> se presenta para el </w:t>
      </w:r>
      <w:r w:rsidR="00C25105" w:rsidRPr="00C25105">
        <w:rPr>
          <w:lang w:val="es-CO"/>
        </w:rPr>
        <w:t>trámite</w:t>
      </w:r>
      <w:r w:rsidRPr="00C25105">
        <w:rPr>
          <w:lang w:val="es-CO"/>
        </w:rPr>
        <w:t xml:space="preserve"> solicitado ante la entidad destinataria. Autorizo la </w:t>
      </w:r>
      <w:r w:rsidR="00C25105" w:rsidRPr="00C25105">
        <w:rPr>
          <w:lang w:val="es-CO"/>
        </w:rPr>
        <w:t>verificación</w:t>
      </w:r>
      <w:r w:rsidRPr="00C25105">
        <w:rPr>
          <w:lang w:val="es-CO"/>
        </w:rPr>
        <w:t xml:space="preserve"> de la </w:t>
      </w:r>
      <w:r w:rsidR="00C25105" w:rsidRPr="00C25105">
        <w:rPr>
          <w:lang w:val="es-CO"/>
        </w:rPr>
        <w:t>información</w:t>
      </w:r>
      <w:r w:rsidRPr="00C25105">
        <w:rPr>
          <w:lang w:val="es-CO"/>
        </w:rPr>
        <w:t xml:space="preserve"> suministrada y afirmo que corresponde a la realidad.</w:t>
      </w:r>
    </w:p>
    <w:p w14:paraId="71EECF8D" w14:textId="77777777" w:rsidR="00216944" w:rsidRPr="00C25105" w:rsidRDefault="00000000">
      <w:pPr>
        <w:spacing w:before="480"/>
        <w:rPr>
          <w:lang w:val="es-CO"/>
        </w:rPr>
      </w:pPr>
      <w:r w:rsidRPr="00C25105">
        <w:rPr>
          <w:lang w:val="es-CO"/>
        </w:rPr>
        <w:t>Atentamente,</w:t>
      </w:r>
    </w:p>
    <w:p w14:paraId="719D4B35" w14:textId="06306842" w:rsidR="00216944" w:rsidRDefault="00000000">
      <w:pPr>
        <w:spacing w:before="1100"/>
        <w:rPr>
          <w:lang w:val="es-CO"/>
        </w:rPr>
      </w:pPr>
      <w:r w:rsidRPr="00C25105">
        <w:rPr>
          <w:lang w:val="es-CO"/>
        </w:rPr>
        <w:t>__________________________________</w:t>
      </w:r>
      <w:r w:rsidRPr="00C25105">
        <w:rPr>
          <w:lang w:val="es-CO"/>
        </w:rPr>
        <w:br/>
        <w:t>ANDRES FELIPE TORRES MEJIA</w:t>
      </w:r>
      <w:r w:rsidRPr="00C25105">
        <w:rPr>
          <w:lang w:val="es-CO"/>
        </w:rPr>
        <w:br/>
        <w:t xml:space="preserve">Cedula de </w:t>
      </w:r>
      <w:r w:rsidR="00C25105" w:rsidRPr="00C25105">
        <w:rPr>
          <w:lang w:val="es-CO"/>
        </w:rPr>
        <w:t>ciudadanía</w:t>
      </w:r>
      <w:r w:rsidRPr="00C25105">
        <w:rPr>
          <w:lang w:val="es-CO"/>
        </w:rPr>
        <w:t xml:space="preserve"> No. 1.123.456.789 de Medellin</w:t>
      </w:r>
    </w:p>
    <w:p w14:paraId="25A5C398" w14:textId="77777777" w:rsidR="00C25105" w:rsidRPr="00C25105" w:rsidRDefault="00C25105">
      <w:pPr>
        <w:spacing w:before="1100"/>
        <w:rPr>
          <w:lang w:val="es-CO"/>
        </w:rPr>
      </w:pPr>
    </w:p>
    <w:p w14:paraId="3A5B1B2D" w14:textId="7FBCFD55" w:rsidR="00216944" w:rsidRPr="00C25105" w:rsidRDefault="00000000">
      <w:pPr>
        <w:spacing w:before="360"/>
        <w:rPr>
          <w:lang w:val="es-CO"/>
        </w:rPr>
      </w:pPr>
      <w:r w:rsidRPr="00C25105">
        <w:rPr>
          <w:sz w:val="16"/>
          <w:lang w:val="es-CO"/>
        </w:rPr>
        <w:t xml:space="preserve">Ejemplo con </w:t>
      </w:r>
      <w:r w:rsidR="00C25105" w:rsidRPr="00C25105">
        <w:rPr>
          <w:sz w:val="16"/>
          <w:lang w:val="es-CO"/>
        </w:rPr>
        <w:t>información</w:t>
      </w:r>
      <w:r w:rsidRPr="00C25105">
        <w:rPr>
          <w:sz w:val="16"/>
          <w:lang w:val="es-CO"/>
        </w:rPr>
        <w:t xml:space="preserve"> ficticia. Reemplace todos los datos antes de usarlo.</w:t>
      </w:r>
    </w:p>
    <w:sectPr w:rsidR="00216944" w:rsidRPr="00C25105" w:rsidSect="00034616">
      <w:pgSz w:w="12240" w:h="15840"/>
      <w:pgMar w:top="1361" w:right="1587" w:bottom="1361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7259244">
    <w:abstractNumId w:val="8"/>
  </w:num>
  <w:num w:numId="2" w16cid:durableId="1290672221">
    <w:abstractNumId w:val="6"/>
  </w:num>
  <w:num w:numId="3" w16cid:durableId="1270506677">
    <w:abstractNumId w:val="5"/>
  </w:num>
  <w:num w:numId="4" w16cid:durableId="947658735">
    <w:abstractNumId w:val="4"/>
  </w:num>
  <w:num w:numId="5" w16cid:durableId="1443306629">
    <w:abstractNumId w:val="7"/>
  </w:num>
  <w:num w:numId="6" w16cid:durableId="1145857352">
    <w:abstractNumId w:val="3"/>
  </w:num>
  <w:num w:numId="7" w16cid:durableId="1128818618">
    <w:abstractNumId w:val="2"/>
  </w:num>
  <w:num w:numId="8" w16cid:durableId="1536504631">
    <w:abstractNumId w:val="1"/>
  </w:num>
  <w:num w:numId="9" w16cid:durableId="1508324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6944"/>
    <w:rsid w:val="0029639D"/>
    <w:rsid w:val="00326F90"/>
    <w:rsid w:val="00A355F8"/>
    <w:rsid w:val="00AA1D8D"/>
    <w:rsid w:val="00B47730"/>
    <w:rsid w:val="00C2510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43EAB7"/>
  <w14:defaultImageDpi w14:val="300"/>
  <w15:docId w15:val="{FF31B09C-DB74-4A53-B10B-972F761C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edgar andres chilatra rivas</cp:lastModifiedBy>
  <cp:revision>2</cp:revision>
  <dcterms:created xsi:type="dcterms:W3CDTF">2013-12-23T23:15:00Z</dcterms:created>
  <dcterms:modified xsi:type="dcterms:W3CDTF">2026-09-28T20:47:00Z</dcterms:modified>
  <cp:category/>
</cp:coreProperties>
</file>