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F4A55" w14:textId="77777777" w:rsidR="006F6E7B" w:rsidRPr="00D72C52" w:rsidRDefault="00000000">
      <w:pPr>
        <w:jc w:val="center"/>
        <w:rPr>
          <w:lang w:val="es-CO"/>
        </w:rPr>
      </w:pPr>
      <w:r w:rsidRPr="00D72C52">
        <w:rPr>
          <w:b/>
          <w:sz w:val="28"/>
          <w:lang w:val="es-CO"/>
        </w:rPr>
        <w:t>DECLARACION JURAMENTADA DE PERSONA JURIDICA</w:t>
      </w:r>
    </w:p>
    <w:p w14:paraId="2B935B7F" w14:textId="77777777" w:rsidR="006F6E7B" w:rsidRPr="00D72C52" w:rsidRDefault="00000000">
      <w:pPr>
        <w:jc w:val="right"/>
        <w:rPr>
          <w:lang w:val="es-CO"/>
        </w:rPr>
      </w:pPr>
      <w:r w:rsidRPr="00D72C52">
        <w:rPr>
          <w:sz w:val="21"/>
          <w:lang w:val="es-CO"/>
        </w:rPr>
        <w:t>Cali 15 de septiembre de 2026</w:t>
      </w:r>
    </w:p>
    <w:p w14:paraId="4F29EEF4" w14:textId="62277AB0" w:rsidR="006F6E7B" w:rsidRDefault="00000000">
      <w:r>
        <w:t>Se</w:t>
      </w:r>
      <w:r w:rsidR="00D72C52">
        <w:t>ñ</w:t>
      </w:r>
      <w:r>
        <w:t>ores Entidad destinataria</w:t>
      </w:r>
    </w:p>
    <w:p w14:paraId="16C0DBFD" w14:textId="278A8BC3" w:rsidR="006F6E7B" w:rsidRPr="00D72C52" w:rsidRDefault="00000000">
      <w:pPr>
        <w:spacing w:after="260" w:line="269" w:lineRule="auto"/>
        <w:jc w:val="both"/>
        <w:rPr>
          <w:lang w:val="es-CO"/>
        </w:rPr>
      </w:pPr>
      <w:r w:rsidRPr="00D72C52">
        <w:rPr>
          <w:lang w:val="es-CO"/>
        </w:rPr>
        <w:t xml:space="preserve">Yo, LAURA PATRICIA RODRIGUEZ VELEZ, mayor de edad, identificada con cedula de </w:t>
      </w:r>
      <w:r w:rsidR="00D72C52" w:rsidRPr="00D72C52">
        <w:rPr>
          <w:lang w:val="es-CO"/>
        </w:rPr>
        <w:t>ciudadanía</w:t>
      </w:r>
      <w:r w:rsidRPr="00D72C52">
        <w:rPr>
          <w:lang w:val="es-CO"/>
        </w:rPr>
        <w:t xml:space="preserve"> No. 31.456.789 de Cali, actuando como representante legal de SOLUCIONES ANDINAS S A S, identificada con NIT 901.456.789-1, declaro bajo la gravedad de juramento que la </w:t>
      </w:r>
      <w:r w:rsidR="00D72C52" w:rsidRPr="00D72C52">
        <w:rPr>
          <w:lang w:val="es-CO"/>
        </w:rPr>
        <w:t>información</w:t>
      </w:r>
      <w:r w:rsidRPr="00D72C52">
        <w:rPr>
          <w:lang w:val="es-CO"/>
        </w:rPr>
        <w:t xml:space="preserve"> aportada por la sociedad para el presente tramite es cierta, completa y verificable.</w:t>
      </w:r>
    </w:p>
    <w:p w14:paraId="7FC4281D" w14:textId="3E17B933" w:rsidR="006F6E7B" w:rsidRPr="00D72C52" w:rsidRDefault="00000000">
      <w:pPr>
        <w:spacing w:after="260" w:line="269" w:lineRule="auto"/>
        <w:jc w:val="both"/>
        <w:rPr>
          <w:lang w:val="es-CO"/>
        </w:rPr>
      </w:pPr>
      <w:r w:rsidRPr="00D72C52">
        <w:rPr>
          <w:lang w:val="es-CO"/>
        </w:rPr>
        <w:t xml:space="preserve">La sociedad se compromete a informar cualquier cambio material en los datos declarados y acepta las consecuencias que puedan derivarse de la inexactitud de esta </w:t>
      </w:r>
      <w:r w:rsidR="00D72C52" w:rsidRPr="00D72C52">
        <w:rPr>
          <w:lang w:val="es-CO"/>
        </w:rPr>
        <w:t>información</w:t>
      </w:r>
      <w:r w:rsidRPr="00D72C52">
        <w:rPr>
          <w:lang w:val="es-CO"/>
        </w:rPr>
        <w:t>.</w:t>
      </w:r>
    </w:p>
    <w:p w14:paraId="2343CB03" w14:textId="77777777" w:rsidR="006F6E7B" w:rsidRPr="00D72C52" w:rsidRDefault="00000000">
      <w:pPr>
        <w:spacing w:before="480"/>
        <w:rPr>
          <w:lang w:val="es-CO"/>
        </w:rPr>
      </w:pPr>
      <w:r w:rsidRPr="00D72C52">
        <w:rPr>
          <w:lang w:val="es-CO"/>
        </w:rPr>
        <w:t>Atentamente,</w:t>
      </w:r>
    </w:p>
    <w:p w14:paraId="7ACFE9E8" w14:textId="77777777" w:rsidR="006F6E7B" w:rsidRPr="00D72C52" w:rsidRDefault="00000000">
      <w:pPr>
        <w:spacing w:before="1100"/>
        <w:rPr>
          <w:lang w:val="es-CO"/>
        </w:rPr>
      </w:pPr>
      <w:r w:rsidRPr="00D72C52">
        <w:rPr>
          <w:lang w:val="es-CO"/>
        </w:rPr>
        <w:t>__________________________________</w:t>
      </w:r>
      <w:r w:rsidRPr="00D72C52">
        <w:rPr>
          <w:lang w:val="es-CO"/>
        </w:rPr>
        <w:br/>
        <w:t>LAURA PATRICIA RODRIGUEZ VELEZ</w:t>
      </w:r>
      <w:r w:rsidRPr="00D72C52">
        <w:rPr>
          <w:lang w:val="es-CO"/>
        </w:rPr>
        <w:br/>
        <w:t>Representante legal de SOLUCIONES ANDINAS S A S NIT 901.456.789-1</w:t>
      </w:r>
    </w:p>
    <w:p w14:paraId="456AC65C" w14:textId="77777777" w:rsidR="00D72C52" w:rsidRDefault="00D72C52">
      <w:pPr>
        <w:spacing w:before="360"/>
        <w:rPr>
          <w:sz w:val="16"/>
          <w:lang w:val="es-CO"/>
        </w:rPr>
      </w:pPr>
    </w:p>
    <w:p w14:paraId="74532788" w14:textId="77777777" w:rsidR="00D72C52" w:rsidRDefault="00D72C52">
      <w:pPr>
        <w:spacing w:before="360"/>
        <w:rPr>
          <w:sz w:val="16"/>
          <w:lang w:val="es-CO"/>
        </w:rPr>
      </w:pPr>
    </w:p>
    <w:p w14:paraId="154D75DA" w14:textId="2C487F94" w:rsidR="006F6E7B" w:rsidRPr="00D72C52" w:rsidRDefault="00000000">
      <w:pPr>
        <w:spacing w:before="360"/>
        <w:rPr>
          <w:lang w:val="es-CO"/>
        </w:rPr>
      </w:pPr>
      <w:r w:rsidRPr="00D72C52">
        <w:rPr>
          <w:sz w:val="16"/>
          <w:lang w:val="es-CO"/>
        </w:rPr>
        <w:t xml:space="preserve">Ejemplo con </w:t>
      </w:r>
      <w:proofErr w:type="spellStart"/>
      <w:r w:rsidRPr="00D72C52">
        <w:rPr>
          <w:sz w:val="16"/>
          <w:lang w:val="es-CO"/>
        </w:rPr>
        <w:t>informacion</w:t>
      </w:r>
      <w:proofErr w:type="spellEnd"/>
      <w:r w:rsidRPr="00D72C52">
        <w:rPr>
          <w:sz w:val="16"/>
          <w:lang w:val="es-CO"/>
        </w:rPr>
        <w:t xml:space="preserve"> ficticia. Reemplace todos los datos antes de usarlo.</w:t>
      </w:r>
    </w:p>
    <w:sectPr w:rsidR="006F6E7B" w:rsidRPr="00D72C52" w:rsidSect="00034616">
      <w:pgSz w:w="12240" w:h="15840"/>
      <w:pgMar w:top="1361" w:right="1587" w:bottom="1361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4368857">
    <w:abstractNumId w:val="8"/>
  </w:num>
  <w:num w:numId="2" w16cid:durableId="187523238">
    <w:abstractNumId w:val="6"/>
  </w:num>
  <w:num w:numId="3" w16cid:durableId="1932660460">
    <w:abstractNumId w:val="5"/>
  </w:num>
  <w:num w:numId="4" w16cid:durableId="710572929">
    <w:abstractNumId w:val="4"/>
  </w:num>
  <w:num w:numId="5" w16cid:durableId="1475830114">
    <w:abstractNumId w:val="7"/>
  </w:num>
  <w:num w:numId="6" w16cid:durableId="384068566">
    <w:abstractNumId w:val="3"/>
  </w:num>
  <w:num w:numId="7" w16cid:durableId="1004553141">
    <w:abstractNumId w:val="2"/>
  </w:num>
  <w:num w:numId="8" w16cid:durableId="1688632369">
    <w:abstractNumId w:val="1"/>
  </w:num>
  <w:num w:numId="9" w16cid:durableId="548497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2033"/>
    <w:rsid w:val="00326F90"/>
    <w:rsid w:val="006F6E7B"/>
    <w:rsid w:val="00AA1D8D"/>
    <w:rsid w:val="00B47730"/>
    <w:rsid w:val="00CB0664"/>
    <w:rsid w:val="00D72C5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E2EEEB"/>
  <w14:defaultImageDpi w14:val="300"/>
  <w15:docId w15:val="{A529B722-8153-425E-B0E4-83884BF0B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edgar andres chilatra rivas</cp:lastModifiedBy>
  <cp:revision>2</cp:revision>
  <dcterms:created xsi:type="dcterms:W3CDTF">2013-12-23T23:15:00Z</dcterms:created>
  <dcterms:modified xsi:type="dcterms:W3CDTF">2026-09-28T20:58:00Z</dcterms:modified>
  <cp:category/>
</cp:coreProperties>
</file>