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05779" w14:textId="77777777" w:rsidR="00080B2D" w:rsidRPr="00026C53" w:rsidRDefault="00000000">
      <w:pPr>
        <w:jc w:val="center"/>
        <w:rPr>
          <w:lang w:val="es-CO"/>
        </w:rPr>
      </w:pPr>
      <w:r w:rsidRPr="00026C53">
        <w:rPr>
          <w:b/>
          <w:sz w:val="28"/>
          <w:lang w:val="es-CO"/>
        </w:rPr>
        <w:t>DECLARACION JURAMENTADA DE INGRESOS</w:t>
      </w:r>
    </w:p>
    <w:p w14:paraId="15F8760E" w14:textId="77777777" w:rsidR="00080B2D" w:rsidRPr="00026C53" w:rsidRDefault="00000000">
      <w:pPr>
        <w:jc w:val="right"/>
        <w:rPr>
          <w:lang w:val="es-CO"/>
        </w:rPr>
      </w:pPr>
      <w:r w:rsidRPr="00026C53">
        <w:rPr>
          <w:sz w:val="21"/>
          <w:lang w:val="es-CO"/>
        </w:rPr>
        <w:t>Bucaramanga 15 de septiembre de 2026</w:t>
      </w:r>
    </w:p>
    <w:p w14:paraId="77D5BA4B" w14:textId="5C29E55B" w:rsidR="00080B2D" w:rsidRPr="00026C53" w:rsidRDefault="00000000">
      <w:pPr>
        <w:rPr>
          <w:lang w:val="es-CO"/>
        </w:rPr>
      </w:pPr>
      <w:r w:rsidRPr="00026C53">
        <w:rPr>
          <w:lang w:val="es-CO"/>
        </w:rPr>
        <w:t>Se</w:t>
      </w:r>
      <w:r w:rsidR="00026C53">
        <w:rPr>
          <w:lang w:val="es-CO"/>
        </w:rPr>
        <w:t>ñ</w:t>
      </w:r>
      <w:r w:rsidRPr="00026C53">
        <w:rPr>
          <w:lang w:val="es-CO"/>
        </w:rPr>
        <w:t>ores Entidad destinataria</w:t>
      </w:r>
    </w:p>
    <w:p w14:paraId="5D58CCD3" w14:textId="323B5BA8" w:rsidR="00080B2D" w:rsidRPr="00026C53" w:rsidRDefault="00000000">
      <w:pPr>
        <w:spacing w:after="260" w:line="269" w:lineRule="auto"/>
        <w:jc w:val="both"/>
        <w:rPr>
          <w:lang w:val="es-CO"/>
        </w:rPr>
      </w:pPr>
      <w:r w:rsidRPr="00026C53">
        <w:rPr>
          <w:lang w:val="es-CO"/>
        </w:rPr>
        <w:t xml:space="preserve">Yo, CARLOS EDUARDO MARTINEZ DIAZ, mayor de edad, identificado con cedula de </w:t>
      </w:r>
      <w:r w:rsidR="00026C53" w:rsidRPr="00026C53">
        <w:rPr>
          <w:lang w:val="es-CO"/>
        </w:rPr>
        <w:t>ciudadanía</w:t>
      </w:r>
      <w:r w:rsidRPr="00026C53">
        <w:rPr>
          <w:lang w:val="es-CO"/>
        </w:rPr>
        <w:t xml:space="preserve"> No. 91.234.567 de Bucaramanga, declaro bajo la gravedad de juramento que me desempeño como </w:t>
      </w:r>
      <w:r w:rsidR="00026C53" w:rsidRPr="00026C53">
        <w:rPr>
          <w:lang w:val="es-CO"/>
        </w:rPr>
        <w:t>técnico</w:t>
      </w:r>
      <w:r w:rsidRPr="00026C53">
        <w:rPr>
          <w:lang w:val="es-CO"/>
        </w:rPr>
        <w:t xml:space="preserve"> de mantenimiento independiente y que percibo ingresos mensuales aproximados de DOS MILLONES OCHOCIENTOS MIL PESOS M CTE ($2.800.000).</w:t>
      </w:r>
    </w:p>
    <w:p w14:paraId="32B6A4FA" w14:textId="59C7545B" w:rsidR="00080B2D" w:rsidRPr="00026C53" w:rsidRDefault="00000000">
      <w:pPr>
        <w:spacing w:after="260" w:line="269" w:lineRule="auto"/>
        <w:jc w:val="both"/>
        <w:rPr>
          <w:lang w:val="es-CO"/>
        </w:rPr>
      </w:pPr>
      <w:r w:rsidRPr="00026C53">
        <w:rPr>
          <w:lang w:val="es-CO"/>
        </w:rPr>
        <w:t xml:space="preserve">Mis ingresos provienen de la </w:t>
      </w:r>
      <w:r w:rsidR="00026C53" w:rsidRPr="00026C53">
        <w:rPr>
          <w:lang w:val="es-CO"/>
        </w:rPr>
        <w:t>prestación</w:t>
      </w:r>
      <w:r w:rsidRPr="00026C53">
        <w:rPr>
          <w:lang w:val="es-CO"/>
        </w:rPr>
        <w:t xml:space="preserve"> de servicios de mantenimiento residencial y comercial. La presente </w:t>
      </w:r>
      <w:r w:rsidR="00026C53" w:rsidRPr="00026C53">
        <w:rPr>
          <w:lang w:val="es-CO"/>
        </w:rPr>
        <w:t>declaración</w:t>
      </w:r>
      <w:r w:rsidRPr="00026C53">
        <w:rPr>
          <w:lang w:val="es-CO"/>
        </w:rPr>
        <w:t xml:space="preserve"> se expide para el </w:t>
      </w:r>
      <w:r w:rsidR="00026C53" w:rsidRPr="00026C53">
        <w:rPr>
          <w:lang w:val="es-CO"/>
        </w:rPr>
        <w:t>trámite</w:t>
      </w:r>
      <w:r w:rsidRPr="00026C53">
        <w:rPr>
          <w:lang w:val="es-CO"/>
        </w:rPr>
        <w:t xml:space="preserve"> solicitado y corresponde a </w:t>
      </w:r>
      <w:r w:rsidR="00026C53" w:rsidRPr="00026C53">
        <w:rPr>
          <w:lang w:val="es-CO"/>
        </w:rPr>
        <w:t>información</w:t>
      </w:r>
      <w:r w:rsidRPr="00026C53">
        <w:rPr>
          <w:lang w:val="es-CO"/>
        </w:rPr>
        <w:t xml:space="preserve"> veraz.</w:t>
      </w:r>
    </w:p>
    <w:p w14:paraId="23E3DAFF" w14:textId="77777777" w:rsidR="00080B2D" w:rsidRPr="00026C53" w:rsidRDefault="00000000">
      <w:pPr>
        <w:spacing w:before="480"/>
        <w:rPr>
          <w:lang w:val="es-CO"/>
        </w:rPr>
      </w:pPr>
      <w:r w:rsidRPr="00026C53">
        <w:rPr>
          <w:lang w:val="es-CO"/>
        </w:rPr>
        <w:t>Atentamente,</w:t>
      </w:r>
    </w:p>
    <w:p w14:paraId="775529BF" w14:textId="382521EA" w:rsidR="00080B2D" w:rsidRPr="00026C53" w:rsidRDefault="00000000">
      <w:pPr>
        <w:spacing w:before="1100"/>
        <w:rPr>
          <w:lang w:val="es-CO"/>
        </w:rPr>
      </w:pPr>
      <w:r w:rsidRPr="00026C53">
        <w:rPr>
          <w:lang w:val="es-CO"/>
        </w:rPr>
        <w:t>__________________________________</w:t>
      </w:r>
      <w:r w:rsidRPr="00026C53">
        <w:rPr>
          <w:lang w:val="es-CO"/>
        </w:rPr>
        <w:br/>
        <w:t>CARLOS EDUARDO MARTINEZ DIAZ</w:t>
      </w:r>
      <w:r w:rsidRPr="00026C53">
        <w:rPr>
          <w:lang w:val="es-CO"/>
        </w:rPr>
        <w:br/>
        <w:t xml:space="preserve">Cedula de </w:t>
      </w:r>
      <w:r w:rsidR="00026C53" w:rsidRPr="00026C53">
        <w:rPr>
          <w:lang w:val="es-CO"/>
        </w:rPr>
        <w:t>ciudadanía</w:t>
      </w:r>
      <w:r w:rsidRPr="00026C53">
        <w:rPr>
          <w:lang w:val="es-CO"/>
        </w:rPr>
        <w:t xml:space="preserve"> No. 91.234.567 de Bucaramanga</w:t>
      </w:r>
    </w:p>
    <w:p w14:paraId="63250A44" w14:textId="77777777" w:rsidR="00026C53" w:rsidRPr="00026C53" w:rsidRDefault="00026C53">
      <w:pPr>
        <w:spacing w:before="360"/>
        <w:rPr>
          <w:sz w:val="16"/>
          <w:lang w:val="es-CO"/>
        </w:rPr>
      </w:pPr>
    </w:p>
    <w:p w14:paraId="049E403B" w14:textId="77777777" w:rsidR="00026C53" w:rsidRPr="00026C53" w:rsidRDefault="00026C53">
      <w:pPr>
        <w:spacing w:before="360"/>
        <w:rPr>
          <w:sz w:val="16"/>
          <w:lang w:val="es-CO"/>
        </w:rPr>
      </w:pPr>
    </w:p>
    <w:p w14:paraId="192F7EAC" w14:textId="1F07ADAB" w:rsidR="00080B2D" w:rsidRPr="00026C53" w:rsidRDefault="00000000">
      <w:pPr>
        <w:spacing w:before="360"/>
        <w:rPr>
          <w:lang w:val="es-CO"/>
        </w:rPr>
      </w:pPr>
      <w:r w:rsidRPr="00026C53">
        <w:rPr>
          <w:sz w:val="16"/>
          <w:lang w:val="es-CO"/>
        </w:rPr>
        <w:t xml:space="preserve">Ejemplo con </w:t>
      </w:r>
      <w:proofErr w:type="spellStart"/>
      <w:r w:rsidRPr="00026C53">
        <w:rPr>
          <w:sz w:val="16"/>
          <w:lang w:val="es-CO"/>
        </w:rPr>
        <w:t>informacion</w:t>
      </w:r>
      <w:proofErr w:type="spellEnd"/>
      <w:r w:rsidRPr="00026C53">
        <w:rPr>
          <w:sz w:val="16"/>
          <w:lang w:val="es-CO"/>
        </w:rPr>
        <w:t xml:space="preserve"> ficticia. Reemplace todos los datos antes de usarlo.</w:t>
      </w:r>
    </w:p>
    <w:sectPr w:rsidR="00080B2D" w:rsidRPr="00026C53" w:rsidSect="00034616">
      <w:pgSz w:w="12240" w:h="15840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4076569">
    <w:abstractNumId w:val="8"/>
  </w:num>
  <w:num w:numId="2" w16cid:durableId="1606034088">
    <w:abstractNumId w:val="6"/>
  </w:num>
  <w:num w:numId="3" w16cid:durableId="61485743">
    <w:abstractNumId w:val="5"/>
  </w:num>
  <w:num w:numId="4" w16cid:durableId="381373211">
    <w:abstractNumId w:val="4"/>
  </w:num>
  <w:num w:numId="5" w16cid:durableId="1324313919">
    <w:abstractNumId w:val="7"/>
  </w:num>
  <w:num w:numId="6" w16cid:durableId="2145999772">
    <w:abstractNumId w:val="3"/>
  </w:num>
  <w:num w:numId="7" w16cid:durableId="493886401">
    <w:abstractNumId w:val="2"/>
  </w:num>
  <w:num w:numId="8" w16cid:durableId="107049383">
    <w:abstractNumId w:val="1"/>
  </w:num>
  <w:num w:numId="9" w16cid:durableId="66239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C53"/>
    <w:rsid w:val="00034616"/>
    <w:rsid w:val="0006063C"/>
    <w:rsid w:val="00080B2D"/>
    <w:rsid w:val="0015074B"/>
    <w:rsid w:val="0029639D"/>
    <w:rsid w:val="00326F90"/>
    <w:rsid w:val="009B5B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3D5EC9"/>
  <w14:defaultImageDpi w14:val="300"/>
  <w15:docId w15:val="{71652178-E689-4568-8A25-48F269E20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edgar andres chilatra rivas</cp:lastModifiedBy>
  <cp:revision>2</cp:revision>
  <dcterms:created xsi:type="dcterms:W3CDTF">2013-12-23T23:15:00Z</dcterms:created>
  <dcterms:modified xsi:type="dcterms:W3CDTF">2026-09-28T20:55:00Z</dcterms:modified>
  <cp:category/>
</cp:coreProperties>
</file>