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BF0D68" w14:textId="77777777" w:rsidR="0087757F" w:rsidRPr="000E5855" w:rsidRDefault="00000000">
      <w:pPr>
        <w:jc w:val="center"/>
        <w:rPr>
          <w:lang w:val="es-CO"/>
        </w:rPr>
      </w:pPr>
      <w:r w:rsidRPr="000E5855">
        <w:rPr>
          <w:b/>
          <w:sz w:val="28"/>
          <w:lang w:val="es-CO"/>
        </w:rPr>
        <w:t>DECLARACION EXTRAJUICIO</w:t>
      </w:r>
    </w:p>
    <w:p w14:paraId="55723967" w14:textId="77777777" w:rsidR="0087757F" w:rsidRPr="000E5855" w:rsidRDefault="00000000">
      <w:pPr>
        <w:jc w:val="right"/>
        <w:rPr>
          <w:lang w:val="es-CO"/>
        </w:rPr>
      </w:pPr>
      <w:r w:rsidRPr="000E5855">
        <w:rPr>
          <w:sz w:val="21"/>
          <w:lang w:val="es-CO"/>
        </w:rPr>
        <w:t>Cartagena 15 de septiembre de 2026</w:t>
      </w:r>
    </w:p>
    <w:p w14:paraId="1A11108B" w14:textId="63DDDD5A" w:rsidR="0087757F" w:rsidRDefault="00000000">
      <w:r>
        <w:t>Se</w:t>
      </w:r>
      <w:r w:rsidR="000E5855">
        <w:t>ñ</w:t>
      </w:r>
      <w:r>
        <w:t>or Notario</w:t>
      </w:r>
    </w:p>
    <w:p w14:paraId="1BB45C18" w14:textId="541AA59E" w:rsidR="0087757F" w:rsidRPr="000E5855" w:rsidRDefault="00000000">
      <w:pPr>
        <w:spacing w:after="260" w:line="269" w:lineRule="auto"/>
        <w:jc w:val="both"/>
        <w:rPr>
          <w:lang w:val="es-CO"/>
        </w:rPr>
      </w:pPr>
      <w:r w:rsidRPr="000E5855">
        <w:rPr>
          <w:lang w:val="es-CO"/>
        </w:rPr>
        <w:t xml:space="preserve">Yo, DIANA CAROLINA PEREZ MORALES, mayor de edad, identificada con cedula de </w:t>
      </w:r>
      <w:r w:rsidR="000E5855" w:rsidRPr="000E5855">
        <w:rPr>
          <w:lang w:val="es-CO"/>
        </w:rPr>
        <w:t>ciudadanía</w:t>
      </w:r>
      <w:r w:rsidRPr="000E5855">
        <w:rPr>
          <w:lang w:val="es-CO"/>
        </w:rPr>
        <w:t xml:space="preserve"> No. 1.002.345.678 de Cartagena, con domicilio en esta ciudad, manifiesto bajo la gravedad de juramento que conozco a JULIANA RODRIGUEZ LOPEZ desde hace ocho </w:t>
      </w:r>
      <w:r w:rsidR="000E5855" w:rsidRPr="000E5855">
        <w:rPr>
          <w:lang w:val="es-CO"/>
        </w:rPr>
        <w:t>años</w:t>
      </w:r>
      <w:r w:rsidRPr="000E5855">
        <w:rPr>
          <w:lang w:val="es-CO"/>
        </w:rPr>
        <w:t xml:space="preserve"> y que, </w:t>
      </w:r>
      <w:r w:rsidR="000E5855" w:rsidRPr="000E5855">
        <w:rPr>
          <w:lang w:val="es-CO"/>
        </w:rPr>
        <w:t>según</w:t>
      </w:r>
      <w:r w:rsidRPr="000E5855">
        <w:rPr>
          <w:lang w:val="es-CO"/>
        </w:rPr>
        <w:t xml:space="preserve"> mi conocimiento personal, reside de manera permanente en Cartagena desde enero de 2022.</w:t>
      </w:r>
    </w:p>
    <w:p w14:paraId="713DD603" w14:textId="32021AC4" w:rsidR="0087757F" w:rsidRPr="000E5855" w:rsidRDefault="00000000">
      <w:pPr>
        <w:spacing w:after="260" w:line="269" w:lineRule="auto"/>
        <w:jc w:val="both"/>
        <w:rPr>
          <w:lang w:val="es-CO"/>
        </w:rPr>
      </w:pPr>
      <w:r w:rsidRPr="000E5855">
        <w:rPr>
          <w:lang w:val="es-CO"/>
        </w:rPr>
        <w:t xml:space="preserve">Rindo esta </w:t>
      </w:r>
      <w:r w:rsidR="000E5855" w:rsidRPr="000E5855">
        <w:rPr>
          <w:lang w:val="es-CO"/>
        </w:rPr>
        <w:t>declaración</w:t>
      </w:r>
      <w:r w:rsidRPr="000E5855">
        <w:rPr>
          <w:lang w:val="es-CO"/>
        </w:rPr>
        <w:t xml:space="preserve"> para los fines que estime pertinentes la persona interesada y manifiesto que lo declarado corresponde a hechos que me constan personalmente.</w:t>
      </w:r>
    </w:p>
    <w:p w14:paraId="6C48345D" w14:textId="77777777" w:rsidR="0087757F" w:rsidRPr="000E5855" w:rsidRDefault="00000000">
      <w:pPr>
        <w:spacing w:before="480"/>
        <w:rPr>
          <w:lang w:val="es-CO"/>
        </w:rPr>
      </w:pPr>
      <w:r w:rsidRPr="000E5855">
        <w:rPr>
          <w:lang w:val="es-CO"/>
        </w:rPr>
        <w:t>Atentamente,</w:t>
      </w:r>
    </w:p>
    <w:p w14:paraId="290DB69E" w14:textId="7326E883" w:rsidR="0087757F" w:rsidRPr="000E5855" w:rsidRDefault="00000000">
      <w:pPr>
        <w:spacing w:before="1100"/>
        <w:rPr>
          <w:lang w:val="es-CO"/>
        </w:rPr>
      </w:pPr>
      <w:r w:rsidRPr="000E5855">
        <w:rPr>
          <w:lang w:val="es-CO"/>
        </w:rPr>
        <w:t>__________________________________</w:t>
      </w:r>
      <w:r w:rsidRPr="000E5855">
        <w:rPr>
          <w:lang w:val="es-CO"/>
        </w:rPr>
        <w:br/>
        <w:t>DIANA CAROLINA PEREZ MORALES</w:t>
      </w:r>
      <w:r w:rsidRPr="000E5855">
        <w:rPr>
          <w:lang w:val="es-CO"/>
        </w:rPr>
        <w:br/>
        <w:t xml:space="preserve">Cedula de </w:t>
      </w:r>
      <w:r w:rsidR="000E5855" w:rsidRPr="000E5855">
        <w:rPr>
          <w:lang w:val="es-CO"/>
        </w:rPr>
        <w:t>ciudadanía</w:t>
      </w:r>
      <w:r w:rsidRPr="000E5855">
        <w:rPr>
          <w:lang w:val="es-CO"/>
        </w:rPr>
        <w:t xml:space="preserve"> No. 1.002.345.678 de Cartagena</w:t>
      </w:r>
    </w:p>
    <w:p w14:paraId="07ABEEE9" w14:textId="77777777" w:rsidR="000E5855" w:rsidRDefault="000E5855">
      <w:pPr>
        <w:spacing w:before="360"/>
        <w:rPr>
          <w:sz w:val="16"/>
          <w:lang w:val="es-CO"/>
        </w:rPr>
      </w:pPr>
    </w:p>
    <w:p w14:paraId="164BBAFE" w14:textId="77777777" w:rsidR="000E5855" w:rsidRDefault="000E5855">
      <w:pPr>
        <w:spacing w:before="360"/>
        <w:rPr>
          <w:sz w:val="16"/>
          <w:lang w:val="es-CO"/>
        </w:rPr>
      </w:pPr>
    </w:p>
    <w:p w14:paraId="37F13A4A" w14:textId="77777777" w:rsidR="000E5855" w:rsidRDefault="000E5855">
      <w:pPr>
        <w:spacing w:before="360"/>
        <w:rPr>
          <w:sz w:val="16"/>
          <w:lang w:val="es-CO"/>
        </w:rPr>
      </w:pPr>
    </w:p>
    <w:p w14:paraId="0E23955B" w14:textId="72516734" w:rsidR="0087757F" w:rsidRPr="000E5855" w:rsidRDefault="00000000">
      <w:pPr>
        <w:spacing w:before="360"/>
        <w:rPr>
          <w:lang w:val="es-CO"/>
        </w:rPr>
      </w:pPr>
      <w:r w:rsidRPr="000E5855">
        <w:rPr>
          <w:sz w:val="16"/>
          <w:lang w:val="es-CO"/>
        </w:rPr>
        <w:t xml:space="preserve">Ejemplo con </w:t>
      </w:r>
      <w:proofErr w:type="spellStart"/>
      <w:r w:rsidRPr="000E5855">
        <w:rPr>
          <w:sz w:val="16"/>
          <w:lang w:val="es-CO"/>
        </w:rPr>
        <w:t>informacion</w:t>
      </w:r>
      <w:proofErr w:type="spellEnd"/>
      <w:r w:rsidRPr="000E5855">
        <w:rPr>
          <w:sz w:val="16"/>
          <w:lang w:val="es-CO"/>
        </w:rPr>
        <w:t xml:space="preserve"> ficticia. Reemplace todos los datos antes de usarlo.</w:t>
      </w:r>
    </w:p>
    <w:sectPr w:rsidR="0087757F" w:rsidRPr="000E5855" w:rsidSect="00034616">
      <w:pgSz w:w="12240" w:h="15840"/>
      <w:pgMar w:top="1361" w:right="1587" w:bottom="1361" w:left="158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96711172">
    <w:abstractNumId w:val="8"/>
  </w:num>
  <w:num w:numId="2" w16cid:durableId="1176850349">
    <w:abstractNumId w:val="6"/>
  </w:num>
  <w:num w:numId="3" w16cid:durableId="1075708567">
    <w:abstractNumId w:val="5"/>
  </w:num>
  <w:num w:numId="4" w16cid:durableId="488907300">
    <w:abstractNumId w:val="4"/>
  </w:num>
  <w:num w:numId="5" w16cid:durableId="700476643">
    <w:abstractNumId w:val="7"/>
  </w:num>
  <w:num w:numId="6" w16cid:durableId="160632086">
    <w:abstractNumId w:val="3"/>
  </w:num>
  <w:num w:numId="7" w16cid:durableId="314915663">
    <w:abstractNumId w:val="2"/>
  </w:num>
  <w:num w:numId="8" w16cid:durableId="177546965">
    <w:abstractNumId w:val="1"/>
  </w:num>
  <w:num w:numId="9" w16cid:durableId="4585754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E5855"/>
    <w:rsid w:val="0015074B"/>
    <w:rsid w:val="0029639D"/>
    <w:rsid w:val="00326F90"/>
    <w:rsid w:val="006A7C11"/>
    <w:rsid w:val="0087757F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B119A76"/>
  <w14:defaultImageDpi w14:val="300"/>
  <w15:docId w15:val="{24134753-B0C4-4513-B81C-2833DBB82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795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edgar andres chilatra rivas</cp:lastModifiedBy>
  <cp:revision>2</cp:revision>
  <dcterms:created xsi:type="dcterms:W3CDTF">2013-12-23T23:15:00Z</dcterms:created>
  <dcterms:modified xsi:type="dcterms:W3CDTF">2026-09-28T20:57:00Z</dcterms:modified>
  <cp:category/>
</cp:coreProperties>
</file>