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DECLARACIÓN EXTRAJUICIO</w:t>
      </w:r>
    </w:p>
    <w:p>
      <w:pPr>
        <w:widowControl/>
        <w:spacing w:after="360" w:before="0"/>
      </w:pPr>
      <w:r>
        <w:t>[CIUDAD], [FECHA]</w:t>
      </w:r>
    </w:p>
    <w:p>
      <w:pPr>
        <w:widowControl/>
        <w:spacing w:after="240" w:before="0"/>
      </w:pPr>
      <w:r>
        <w:t>Señores</w:t>
        <w:br/>
        <w:t>[ENTIDAD]</w:t>
      </w:r>
    </w:p>
    <w:p>
      <w:pPr>
        <w:widowControl/>
        <w:spacing w:after="400" w:before="0"/>
      </w:pPr>
      <w:r>
        <w:t>Asunto: Testimonio sobre la residencia de [NOMBRE DE LA PERSONA]</w:t>
      </w:r>
    </w:p>
    <w:p>
      <w:pPr>
        <w:widowControl/>
        <w:spacing w:after="240" w:before="0"/>
      </w:pPr>
      <w:r>
        <w:t>Yo, [NOMBRE COMPLETO], identificado(a) con [TIPO Y NÚMERO DE DOCUMENTO], domiciliado(a) en [CIUDAD], rindo bajo la gravedad de juramento el siguiente testimonio:</w:t>
      </w:r>
    </w:p>
    <w:p>
      <w:pPr>
        <w:widowControl/>
        <w:spacing w:after="240" w:before="0"/>
      </w:pPr>
      <w:r>
        <w:t>Conozco a [NOMBRE DE LA PERSONA], identificado(a) con [DOCUMENTO], desde hace [TIEMPO]. Somos vecinos y durante ese tiempo hemos mantenido un trato frecuente en el sector donde vivimos.</w:t>
      </w:r>
    </w:p>
    <w:p>
      <w:pPr>
        <w:widowControl/>
        <w:spacing w:after="240" w:before="0"/>
      </w:pPr>
      <w:r>
        <w:t>Me consta que la persona mencionada reside habitualmente en [DOMICILIO]. Vivo cerca de esa vivienda y he tenido contacto con ella allí de manera reiterada. La he visitado en distintas ocasiones y me ha recibido personalmente en ese lugar.</w:t>
      </w:r>
    </w:p>
    <w:p>
      <w:pPr>
        <w:widowControl/>
        <w:spacing w:after="240" w:before="0"/>
      </w:pPr>
      <w:r>
        <w:t>Estas visitas y nuestro trato cotidiano son la razón por la que conozco su residencia. No baso mi declaración únicamente en lo que otras personas me hayan contado, sino en el contacto que he mantenido directamente con ella. La última ocasión en que la visité en ese domicilio fue el [FECHA DE LA ÚLTIMA VISITA].</w:t>
      </w:r>
    </w:p>
    <w:p>
      <w:pPr>
        <w:widowControl/>
        <w:spacing w:after="240" w:before="0"/>
      </w:pPr>
      <w:r>
        <w:t>Mi testimonio se refiere a la residencia que conozco por esas circunstancias. No afirmo que la persona sea propietaria de la vivienda ni declaro sobre la forma en que la ocupa, pues esos aspectos no son objeto de mi testimonio.</w:t>
      </w:r>
    </w:p>
    <w:p>
      <w:pPr>
        <w:widowControl/>
        <w:spacing w:after="0" w:before="0"/>
      </w:pPr>
      <w:r>
        <w:t>Rindo esta declaración a solicitud de la persona mencionada, para ser presentada ante ustedes dentro del trámite de [FINALIDAD]. Ratifico que lo expresado corresponde a hechos que conozco personalmente.</w:t>
      </w:r>
    </w:p>
    <w:p>
      <w:pPr>
        <w:keepNext/>
        <w:widowControl/>
        <w:spacing w:after="0" w:before="200"/>
      </w:pPr>
      <w:r>
        <w:t>En constancia de mi testimonio, firmo.</w:t>
      </w:r>
    </w:p>
    <w:p>
      <w:pPr>
        <w:keepLines/>
        <w:widowControl/>
        <w:spacing w:after="0" w:before="720"/>
      </w:pPr>
      <w:r>
        <w:t>______________________________</w:t>
        <w:br/>
        <w:t>[NOMBRE COMPLETO]</w:t>
        <w:br/>
        <w:t>[TIPO Y NÚMERO DE DOCUMENTO]</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240"/>
    </w:pPr>
    <w:rPr>
      <w:rFonts w:ascii="Times New Roman" w:hAnsi="Times New Roman"/>
      <w:b w:val="0"/>
      <w:i w:val="0"/>
      <w:color w:val="000000"/>
      <w:sz w:val="24"/>
      <w:lang w:val="es-CO"/>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480" w:line="276" w:lineRule="auto" w:before="0"/>
      <w:contextualSpacing/>
      <w:jc w:val="center"/>
    </w:pPr>
    <w:rPr>
      <w:rFonts w:cstheme="majorBidi" w:ascii="Times New Roman" w:hAnsi="Times New Roman"/>
      <w:b/>
      <w:i w:val="0"/>
      <w:color w:val="000000"/>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u w:val="single"/>
    </w:rPr>
  </w:style>
  <w:style w:type="character" w:styleId="BookTitle">
    <w:name w:val="Book Title"/>
    <w:basedOn w:val="DefaultParagraphFont"/>
    <w:uiPriority w:val="33"/>
    <w:qFormat/>
    <w:rsid w:val="00FC693F"/>
    <w:rPr>
      <w:b/>
      <w:bCs/>
      <w:smallCaps/>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Declaración extrajuicio</dc:title>
  <dc:subject>Testimonio de conocimiento directo sobre residencia</dc:subject>
  <dc:creator/>
  <cp:keywords/>
  <dc:description/>
  <cp:lastModifiedBy/>
  <cp:revision>1</cp:revision>
  <dcterms:created xsi:type="dcterms:W3CDTF">2013-12-23T23:15:00Z</dcterms:created>
  <dcterms:modified xsi:type="dcterms:W3CDTF">2013-12-23T23:15:00Z</dcterms:modified>
  <cp:category/>
</cp:coreProperties>
</file>