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360" w:before="0"/>
      </w:pPr>
      <w:r>
        <w:t>[CIUDAD], [FECHA]</w:t>
      </w:r>
    </w:p>
    <w:p>
      <w:pPr>
        <w:widowControl/>
        <w:spacing w:after="360" w:before="0"/>
      </w:pPr>
      <w:r>
        <w:t>Señores</w:t>
        <w:br/>
        <w:t>[ENTIDAD]</w:t>
      </w:r>
    </w:p>
    <w:p>
      <w:pPr>
        <w:pStyle w:val="Title"/>
      </w:pPr>
      <w:r>
        <w:t>DECLARACIÓN EXTRAJUICIO</w:t>
      </w:r>
    </w:p>
    <w:p>
      <w:pPr>
        <w:widowControl/>
        <w:spacing w:after="320" w:before="0"/>
      </w:pPr>
      <w:r>
        <w:t>Yo, [NOMBRE COMPLETO], identificado(a) con [TIPO Y NÚMERO DE DOCUMENTO], domiciliado(a) en [CIUDAD], declaro bajo la gravedad de juramento lo siguiente:</w:t>
      </w:r>
    </w:p>
    <w:p>
      <w:pPr>
        <w:widowControl/>
        <w:spacing w:after="240" w:before="0"/>
      </w:pPr>
      <w:r>
        <w:rPr>
          <w:b/>
        </w:rPr>
        <w:t xml:space="preserve">PRIMERO. </w:t>
      </w:r>
      <w:r>
        <w:t>Que [NOMBRE DE LA PERSONA A CARGO], identificado(a) con [DOCUMENTO], es mi [PARENTESCO O VÍNCULO] y depende de mi apoyo económico para atender sus necesidades de sostenimiento.</w:t>
      </w:r>
    </w:p>
    <w:p>
      <w:pPr>
        <w:widowControl/>
        <w:spacing w:after="240" w:before="0"/>
      </w:pPr>
      <w:r>
        <w:rPr>
          <w:b/>
        </w:rPr>
        <w:t xml:space="preserve">SEGUNDO. </w:t>
      </w:r>
      <w:r>
        <w:t>Que brindo ese apoyo de manera regular desde [MES Y AÑO]. Destino aproximadamente [VALOR MENSUAL] pesos al mes a su sostenimiento, mediante la entrega de dinero y el pago directo de gastos de alimentación, vivienda y servicios del hogar.</w:t>
      </w:r>
    </w:p>
    <w:p>
      <w:pPr>
        <w:widowControl/>
        <w:spacing w:after="240" w:before="0"/>
      </w:pPr>
      <w:r>
        <w:rPr>
          <w:b/>
        </w:rPr>
        <w:t xml:space="preserve">TERCERO. </w:t>
      </w:r>
      <w:r>
        <w:t>Que mi aporte contribuye a cubrir sus gastos ordinarios y constituye un apoyo necesario para su vida diaria. Mantengo esta ayuda de forma continua y, a la fecha, sigo asumiendo los pagos y aportes aquí mencionados.</w:t>
      </w:r>
    </w:p>
    <w:p>
      <w:pPr>
        <w:widowControl/>
        <w:spacing w:after="240" w:before="0"/>
      </w:pPr>
      <w:r>
        <w:rPr>
          <w:b/>
        </w:rPr>
        <w:t xml:space="preserve">CUARTO. </w:t>
      </w:r>
      <w:r>
        <w:t>Que me constan la existencia, la regularidad y el destino de este apoyo porque soy quien entrega los recursos y realiza los pagos. Esta declaración se refiere al sostenimiento que proporciono personalmente.</w:t>
      </w:r>
    </w:p>
    <w:p>
      <w:pPr>
        <w:widowControl/>
        <w:spacing w:after="280" w:before="80"/>
      </w:pPr>
      <w:r>
        <w:t>Rindo esta declaración para acreditar el apoyo económico que proporciono a la persona mencionada, con destino al trámite de [FINALIDAD] ante esa entidad.</w:t>
      </w:r>
    </w:p>
    <w:p>
      <w:pPr>
        <w:keepNext/>
        <w:widowControl/>
        <w:spacing w:after="0" w:before="0"/>
      </w:pPr>
      <w:r>
        <w:t>Para constancia de lo declarado, suscribo este documento en la fecha y ciudad indicadas.</w:t>
      </w:r>
    </w:p>
    <w:p>
      <w:pPr>
        <w:keepLines/>
        <w:widowControl/>
        <w:spacing w:after="0" w:before="720"/>
      </w:pPr>
      <w:r>
        <w:t>______________________________</w:t>
        <w:br/>
        <w:t>[NOMBRE COMPLETO]</w:t>
        <w:br/>
        <w:t>[TIPO Y NÚMERO DE DOCUMENTO]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240"/>
    </w:pPr>
    <w:rPr>
      <w:rFonts w:ascii="Times New Roman" w:hAnsi="Times New Roman"/>
      <w:b w:val="0"/>
      <w:i w:val="0"/>
      <w:color w:val="000000"/>
      <w:sz w:val="24"/>
      <w:lang w:val="es-C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80" w:line="276" w:lineRule="auto" w:before="0"/>
      <w:contextualSpacing/>
      <w:jc w:val="center"/>
    </w:pPr>
    <w:rPr>
      <w:rFonts w:cstheme="majorBidi" w:ascii="Times New Roman" w:hAnsi="Times New Roman"/>
      <w:b/>
      <w:i w:val="0"/>
      <w:color w:val="000000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extrajuicio</dc:title>
  <dc:subject>Dependencia económica declarada por quien aporta el sustento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