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DECLARACIÓN EXTRAJUICIO</w:t>
      </w:r>
    </w:p>
    <w:p>
      <w:pPr>
        <w:widowControl/>
        <w:spacing w:after="440" w:before="0"/>
      </w:pPr>
      <w:r>
        <w:t>[CIUDAD], [FECHA]</w:t>
      </w:r>
    </w:p>
    <w:p>
      <w:pPr>
        <w:widowControl/>
        <w:spacing w:after="240" w:before="0"/>
      </w:pPr>
      <w:r>
        <w:t>Yo, [NOMBRE COMPLETO], identificado(a) con [TIPO Y NÚMERO DE DOCUMENTO], manifiesto bajo la gravedad de juramento que convivo en pareja con [NOMBRE DE LA PAREJA], identificado(a) con [DOCUMENTO DE LA PAREJA].</w:t>
      </w:r>
    </w:p>
    <w:p>
      <w:pPr>
        <w:widowControl/>
        <w:spacing w:after="240" w:before="0"/>
      </w:pPr>
      <w:r>
        <w:t>Nuestra convivencia comenzó aproximadamente en [MES Y AÑO DE INICIO]. Desde entonces hemos establecido una vida en común y actualmente nuestro hogar se encuentra en [DOMICILIO], en la ciudad de [CIUDAD]. A la fecha de esta declaración continuamos viviendo juntos como pareja.</w:t>
      </w:r>
    </w:p>
    <w:p>
      <w:pPr>
        <w:widowControl/>
        <w:spacing w:after="240" w:before="0"/>
      </w:pPr>
      <w:r>
        <w:t>En ese hogar desarrollamos nuestra vida cotidiana y compartimos las responsabilidades propias de la convivencia. Organizamos de común acuerdo las actividades de la casa y la atención de nuestras necesidades diarias, de acuerdo con las posibilidades de cada uno.</w:t>
      </w:r>
    </w:p>
    <w:p>
      <w:pPr>
        <w:widowControl/>
        <w:spacing w:after="240" w:before="0"/>
      </w:pPr>
      <w:r>
        <w:t>La convivencia que aquí manifiesto corresponde a nuestra relación actual y a la vida que compartimos en el domicilio indicado. Estos hechos me constan directamente porque soy parte de esa relación y participo en la organización y el funcionamiento de nuestro hogar.</w:t>
      </w:r>
    </w:p>
    <w:p>
      <w:pPr>
        <w:widowControl/>
        <w:spacing w:after="240" w:before="0"/>
      </w:pPr>
      <w:r>
        <w:t>Presento esta declaración ante [ENTIDAD] para dejar constancia de nuestra convivencia en el trámite de [FINALIDAD]. Lo expresado corresponde a mi conocimiento personal de los hechos y a nuestra situación al momento de suscribir este documento.</w:t>
      </w:r>
    </w:p>
    <w:p>
      <w:pPr>
        <w:keepNext/>
        <w:widowControl/>
        <w:spacing w:after="0" w:before="120"/>
      </w:pPr>
      <w:r>
        <w:t>En constancia, firmo en [CIUDAD], a los [DÍA] días del mes de [MES] de [AÑO].</w:t>
      </w:r>
    </w:p>
    <w:p>
      <w:pPr>
        <w:keepLines/>
        <w:widowControl/>
        <w:spacing w:after="0" w:before="720"/>
      </w:pPr>
      <w:r>
        <w:t>______________________________</w:t>
        <w:br/>
        <w:t>[NOMBRE COMPLETO]</w:t>
        <w:br/>
        <w:t>[TIPO Y NÚMERO DE DOCUMENTO]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240"/>
    </w:pPr>
    <w:rPr>
      <w:rFonts w:ascii="Times New Roman" w:hAnsi="Times New Roman"/>
      <w:b w:val="0"/>
      <w:i w:val="0"/>
      <w:color w:val="000000"/>
      <w:sz w:val="24"/>
      <w:lang w:val="es-C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80" w:line="276" w:lineRule="auto" w:before="0"/>
      <w:contextualSpacing/>
      <w:jc w:val="center"/>
    </w:pPr>
    <w:rPr>
      <w:rFonts w:cstheme="majorBidi" w:ascii="Times New Roman" w:hAnsi="Times New Roman"/>
      <w:b/>
      <w:i w:val="0"/>
      <w:color w:val="000000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Declaración extrajuicio</dc:title>
  <dc:subject>Convivencia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